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A3B" w:rsidRDefault="00A60A3B" w:rsidP="00A60A3B">
      <w:pPr>
        <w:suppressAutoHyphens/>
        <w:spacing w:after="0" w:line="240" w:lineRule="auto"/>
        <w:rPr>
          <w:rFonts w:eastAsia="Times New Roman" w:cs="Times New Roman"/>
          <w:szCs w:val="24"/>
          <w:lang w:val="ru-RU" w:eastAsia="zh-CN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2700655</wp:posOffset>
            </wp:positionH>
            <wp:positionV relativeFrom="paragraph">
              <wp:posOffset>6985</wp:posOffset>
            </wp:positionV>
            <wp:extent cx="495300" cy="666750"/>
            <wp:effectExtent l="0" t="0" r="0" b="0"/>
            <wp:wrapSquare wrapText="left"/>
            <wp:docPr id="1" name="Рисунок 1" descr="Описание: 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../../../Users/nmatveeva/AppData/Roaming/Liga70/Client/Session/kp111242_img_001.gif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0A3B" w:rsidRDefault="00A60A3B" w:rsidP="00A60A3B">
      <w:pPr>
        <w:suppressAutoHyphens/>
        <w:spacing w:after="0" w:line="240" w:lineRule="auto"/>
        <w:rPr>
          <w:rFonts w:eastAsia="Times New Roman" w:cs="Times New Roman"/>
          <w:szCs w:val="24"/>
          <w:lang w:val="ru-RU" w:eastAsia="zh-CN"/>
        </w:rPr>
      </w:pPr>
    </w:p>
    <w:p w:rsidR="00A60A3B" w:rsidRDefault="00A60A3B" w:rsidP="00A60A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4"/>
          <w:lang w:val="uk-UA" w:eastAsia="ru-RU"/>
        </w:rPr>
      </w:pPr>
    </w:p>
    <w:p w:rsidR="00A60A3B" w:rsidRDefault="00A60A3B" w:rsidP="00A60A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4"/>
          <w:lang w:eastAsia="ru-RU"/>
        </w:rPr>
      </w:pPr>
    </w:p>
    <w:p w:rsidR="00A60A3B" w:rsidRDefault="00A60A3B" w:rsidP="00A60A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4"/>
          <w:lang w:eastAsia="ru-RU"/>
        </w:rPr>
      </w:pPr>
      <w:r>
        <w:rPr>
          <w:rFonts w:eastAsia="Times New Roman" w:cs="Times New Roman"/>
          <w:b/>
          <w:bCs/>
          <w:sz w:val="28"/>
          <w:szCs w:val="24"/>
          <w:lang w:eastAsia="ru-RU"/>
        </w:rPr>
        <w:t>ВАСИЛІВСЬКА МІСЬКА ВІЙСЬКОВА АДМІНІСТРАЦІЯ</w:t>
      </w:r>
    </w:p>
    <w:p w:rsidR="00A60A3B" w:rsidRDefault="00A60A3B" w:rsidP="00A60A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4"/>
          <w:lang w:eastAsia="ru-RU"/>
        </w:rPr>
      </w:pPr>
      <w:r>
        <w:rPr>
          <w:rFonts w:eastAsia="Times New Roman" w:cs="Times New Roman"/>
          <w:b/>
          <w:bCs/>
          <w:sz w:val="28"/>
          <w:szCs w:val="24"/>
          <w:lang w:eastAsia="ru-RU"/>
        </w:rPr>
        <w:t xml:space="preserve"> ВАСИЛІВСЬКОГО РАЙОНУ ЗАПОРІЗЬКОЇ ОБЛАСТІ</w:t>
      </w:r>
    </w:p>
    <w:p w:rsidR="00A60A3B" w:rsidRDefault="00A60A3B" w:rsidP="00A60A3B">
      <w:pPr>
        <w:suppressAutoHyphens/>
        <w:spacing w:after="0" w:line="240" w:lineRule="auto"/>
        <w:rPr>
          <w:rFonts w:eastAsia="Times New Roman" w:cs="Times New Roman"/>
          <w:szCs w:val="24"/>
          <w:lang w:eastAsia="zh-CN"/>
        </w:rPr>
      </w:pPr>
    </w:p>
    <w:p w:rsidR="00A60A3B" w:rsidRDefault="00A60A3B" w:rsidP="00A60A3B">
      <w:pPr>
        <w:suppressAutoHyphens/>
        <w:spacing w:after="0" w:line="240" w:lineRule="auto"/>
        <w:jc w:val="center"/>
        <w:rPr>
          <w:rFonts w:eastAsia="Times New Roman" w:cs="Times New Roman"/>
          <w:sz w:val="28"/>
          <w:szCs w:val="24"/>
          <w:lang w:val="ru-RU" w:eastAsia="zh-CN"/>
        </w:rPr>
      </w:pPr>
      <w:r>
        <w:rPr>
          <w:rFonts w:eastAsia="Times New Roman" w:cs="Times New Roman"/>
          <w:b/>
          <w:sz w:val="36"/>
          <w:szCs w:val="36"/>
          <w:lang w:val="ru-RU" w:eastAsia="zh-CN"/>
        </w:rPr>
        <w:t xml:space="preserve">Р О З П О Р Я Д Ж Е Н </w:t>
      </w:r>
      <w:proofErr w:type="gramStart"/>
      <w:r>
        <w:rPr>
          <w:rFonts w:eastAsia="Times New Roman" w:cs="Times New Roman"/>
          <w:b/>
          <w:sz w:val="36"/>
          <w:szCs w:val="36"/>
          <w:lang w:val="ru-RU" w:eastAsia="zh-CN"/>
        </w:rPr>
        <w:t>Н</w:t>
      </w:r>
      <w:proofErr w:type="gramEnd"/>
      <w:r>
        <w:rPr>
          <w:rFonts w:eastAsia="Times New Roman" w:cs="Times New Roman"/>
          <w:b/>
          <w:sz w:val="36"/>
          <w:szCs w:val="36"/>
          <w:lang w:val="ru-RU" w:eastAsia="zh-CN"/>
        </w:rPr>
        <w:t xml:space="preserve"> Я</w:t>
      </w:r>
      <w:r>
        <w:rPr>
          <w:rFonts w:eastAsia="Times New Roman" w:cs="Times New Roman"/>
          <w:sz w:val="28"/>
          <w:szCs w:val="24"/>
          <w:lang w:val="ru-RU" w:eastAsia="zh-CN"/>
        </w:rPr>
        <w:t xml:space="preserve"> </w:t>
      </w:r>
      <w:r>
        <w:rPr>
          <w:rFonts w:eastAsia="Times New Roman" w:cs="Times New Roman"/>
          <w:sz w:val="28"/>
          <w:szCs w:val="24"/>
          <w:lang w:val="ru-RU" w:eastAsia="zh-CN"/>
        </w:rPr>
        <w:br/>
        <w:t>начальника міської військової адміністрації</w:t>
      </w:r>
    </w:p>
    <w:p w:rsidR="00A60A3B" w:rsidRDefault="00A60A3B" w:rsidP="00A60A3B">
      <w:pPr>
        <w:spacing w:after="0" w:line="240" w:lineRule="auto"/>
        <w:rPr>
          <w:rFonts w:eastAsia="Times New Roman" w:cs="Times New Roman"/>
          <w:sz w:val="28"/>
          <w:szCs w:val="28"/>
          <w:lang w:val="uk-UA" w:eastAsia="ru-RU"/>
        </w:rPr>
      </w:pPr>
    </w:p>
    <w:p w:rsidR="00A60A3B" w:rsidRPr="00A60A3B" w:rsidRDefault="00A60A3B" w:rsidP="00A60A3B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A60A3B">
        <w:rPr>
          <w:rFonts w:eastAsia="Times New Roman" w:cs="Times New Roman"/>
          <w:sz w:val="28"/>
          <w:szCs w:val="28"/>
          <w:lang w:val="ru-RU" w:eastAsia="ru-RU"/>
        </w:rPr>
        <w:t xml:space="preserve">від </w:t>
      </w:r>
      <w:r w:rsidR="00087707">
        <w:rPr>
          <w:rFonts w:eastAsia="Times New Roman" w:cs="Times New Roman"/>
          <w:sz w:val="28"/>
          <w:szCs w:val="28"/>
          <w:lang w:val="ru-RU" w:eastAsia="ru-RU"/>
        </w:rPr>
        <w:t>07</w:t>
      </w:r>
      <w:r w:rsidRPr="00A60A3B">
        <w:rPr>
          <w:rFonts w:eastAsia="Times New Roman" w:cs="Times New Roman"/>
          <w:sz w:val="28"/>
          <w:szCs w:val="28"/>
          <w:lang w:val="ru-RU" w:eastAsia="ru-RU"/>
        </w:rPr>
        <w:t>.</w:t>
      </w:r>
      <w:r>
        <w:rPr>
          <w:rFonts w:eastAsia="Times New Roman" w:cs="Times New Roman"/>
          <w:sz w:val="28"/>
          <w:szCs w:val="28"/>
          <w:lang w:val="uk-UA" w:eastAsia="ru-RU"/>
        </w:rPr>
        <w:t>09</w:t>
      </w:r>
      <w:r w:rsidRPr="00A60A3B">
        <w:rPr>
          <w:rFonts w:eastAsia="Times New Roman" w:cs="Times New Roman"/>
          <w:sz w:val="28"/>
          <w:szCs w:val="28"/>
          <w:lang w:val="ru-RU" w:eastAsia="ru-RU"/>
        </w:rPr>
        <w:t>.202</w:t>
      </w:r>
      <w:r>
        <w:rPr>
          <w:rFonts w:eastAsia="Times New Roman" w:cs="Times New Roman"/>
          <w:sz w:val="28"/>
          <w:szCs w:val="28"/>
          <w:lang w:val="uk-UA" w:eastAsia="ru-RU"/>
        </w:rPr>
        <w:t>6</w:t>
      </w:r>
      <w:r w:rsidRPr="00A60A3B">
        <w:rPr>
          <w:rFonts w:eastAsia="Times New Roman" w:cs="Times New Roman"/>
          <w:sz w:val="28"/>
          <w:szCs w:val="28"/>
          <w:lang w:val="ru-RU" w:eastAsia="ru-RU"/>
        </w:rPr>
        <w:t xml:space="preserve"> р.                              м. Запоріжжя                                     №</w:t>
      </w:r>
      <w:r w:rsidR="00087707">
        <w:rPr>
          <w:rFonts w:eastAsia="Times New Roman" w:cs="Times New Roman"/>
          <w:sz w:val="28"/>
          <w:szCs w:val="28"/>
          <w:lang w:val="ru-RU" w:eastAsia="ru-RU"/>
        </w:rPr>
        <w:t xml:space="preserve"> 401</w:t>
      </w:r>
      <w:r w:rsidRPr="00A60A3B">
        <w:rPr>
          <w:rFonts w:eastAsia="Times New Roman" w:cs="Times New Roman"/>
          <w:sz w:val="28"/>
          <w:szCs w:val="28"/>
          <w:lang w:val="ru-RU" w:eastAsia="ru-RU"/>
        </w:rPr>
        <w:t xml:space="preserve">  </w:t>
      </w:r>
    </w:p>
    <w:p w:rsidR="00A60A3B" w:rsidRPr="00A60A3B" w:rsidRDefault="00A60A3B" w:rsidP="00A60A3B">
      <w:pPr>
        <w:suppressAutoHyphens/>
        <w:spacing w:after="0" w:line="240" w:lineRule="auto"/>
        <w:rPr>
          <w:rFonts w:eastAsia="Times New Roman" w:cs="Times New Roman"/>
          <w:color w:val="FF0000"/>
          <w:szCs w:val="24"/>
          <w:lang w:val="ru-RU" w:eastAsia="zh-CN"/>
        </w:rPr>
      </w:pPr>
      <w:r w:rsidRPr="00A60A3B">
        <w:rPr>
          <w:rFonts w:eastAsia="Times New Roman" w:cs="Times New Roman"/>
          <w:color w:val="FF0000"/>
          <w:szCs w:val="24"/>
          <w:lang w:val="ru-RU" w:eastAsia="zh-CN"/>
        </w:rPr>
        <w:t xml:space="preserve"> </w:t>
      </w:r>
    </w:p>
    <w:p w:rsidR="00A60A3B" w:rsidRPr="00A60A3B" w:rsidRDefault="00A60A3B" w:rsidP="00A60A3B">
      <w:pPr>
        <w:suppressAutoHyphens/>
        <w:spacing w:after="0" w:line="240" w:lineRule="auto"/>
        <w:rPr>
          <w:rFonts w:eastAsia="Times New Roman" w:cs="Times New Roman"/>
          <w:szCs w:val="24"/>
          <w:lang w:val="ru-RU" w:eastAsia="zh-CN"/>
        </w:rPr>
      </w:pPr>
    </w:p>
    <w:p w:rsidR="00A60A3B" w:rsidRPr="00A60A3B" w:rsidRDefault="00A60A3B" w:rsidP="00A60A3B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A60A3B">
        <w:rPr>
          <w:rFonts w:eastAsia="Times New Roman" w:cs="Times New Roman"/>
          <w:b/>
          <w:sz w:val="28"/>
          <w:szCs w:val="28"/>
          <w:lang w:val="ru-RU" w:eastAsia="ru-RU"/>
        </w:rPr>
        <w:t xml:space="preserve">Про затвердження </w:t>
      </w:r>
      <w:r>
        <w:rPr>
          <w:rFonts w:eastAsia="Times New Roman" w:cs="Times New Roman"/>
          <w:b/>
          <w:sz w:val="28"/>
          <w:szCs w:val="28"/>
          <w:lang w:val="ru-RU" w:eastAsia="ru-RU"/>
        </w:rPr>
        <w:t xml:space="preserve">«Програми </w:t>
      </w:r>
      <w:r w:rsidRPr="00C42C1A">
        <w:rPr>
          <w:rFonts w:cs="Times New Roman"/>
          <w:b/>
          <w:sz w:val="28"/>
          <w:szCs w:val="28"/>
          <w:lang w:val="ru-RU"/>
        </w:rPr>
        <w:t xml:space="preserve">запобігання та протидії насильству </w:t>
      </w:r>
      <w:r w:rsidR="00087707">
        <w:rPr>
          <w:rFonts w:cs="Times New Roman"/>
          <w:b/>
          <w:sz w:val="28"/>
          <w:szCs w:val="28"/>
          <w:lang w:val="ru-RU"/>
        </w:rPr>
        <w:t>на</w:t>
      </w:r>
      <w:r w:rsidRPr="00C42C1A">
        <w:rPr>
          <w:rFonts w:cs="Times New Roman"/>
          <w:b/>
          <w:sz w:val="28"/>
          <w:szCs w:val="28"/>
          <w:lang w:val="ru-RU"/>
        </w:rPr>
        <w:t xml:space="preserve"> території</w:t>
      </w:r>
      <w:r>
        <w:rPr>
          <w:rFonts w:cs="Times New Roman"/>
          <w:b/>
          <w:sz w:val="28"/>
          <w:szCs w:val="28"/>
          <w:lang w:val="ru-RU"/>
        </w:rPr>
        <w:t xml:space="preserve"> </w:t>
      </w:r>
      <w:r w:rsidRPr="00C42C1A">
        <w:rPr>
          <w:rFonts w:cs="Times New Roman"/>
          <w:b/>
          <w:sz w:val="28"/>
          <w:szCs w:val="28"/>
          <w:lang w:val="ru-RU"/>
        </w:rPr>
        <w:t xml:space="preserve">Василівської міської територіальної </w:t>
      </w:r>
      <w:proofErr w:type="gramStart"/>
      <w:r w:rsidRPr="00C42C1A">
        <w:rPr>
          <w:rFonts w:cs="Times New Roman"/>
          <w:b/>
          <w:sz w:val="28"/>
          <w:szCs w:val="28"/>
          <w:lang w:val="ru-RU"/>
        </w:rPr>
        <w:t>громади на</w:t>
      </w:r>
      <w:proofErr w:type="gramEnd"/>
      <w:r w:rsidRPr="00C42C1A">
        <w:rPr>
          <w:rFonts w:cs="Times New Roman"/>
          <w:b/>
          <w:sz w:val="28"/>
          <w:szCs w:val="28"/>
          <w:lang w:val="ru-RU"/>
        </w:rPr>
        <w:t xml:space="preserve"> 2026–2028 роки</w:t>
      </w:r>
      <w:r w:rsidRPr="00A60A3B">
        <w:rPr>
          <w:rFonts w:eastAsia="Times New Roman" w:cs="Times New Roman"/>
          <w:b/>
          <w:sz w:val="28"/>
          <w:szCs w:val="28"/>
          <w:lang w:val="ru-RU" w:eastAsia="ru-RU"/>
        </w:rPr>
        <w:t xml:space="preserve">»   </w:t>
      </w:r>
    </w:p>
    <w:p w:rsidR="00A60A3B" w:rsidRPr="00A60A3B" w:rsidRDefault="00A60A3B" w:rsidP="00A60A3B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val="ru-RU" w:eastAsia="ru-RU"/>
        </w:rPr>
      </w:pPr>
    </w:p>
    <w:p w:rsidR="00A60A3B" w:rsidRPr="009047FA" w:rsidRDefault="00A60A3B" w:rsidP="00A60A3B">
      <w:pPr>
        <w:widowControl w:val="0"/>
        <w:suppressAutoHyphens/>
        <w:spacing w:after="0" w:line="240" w:lineRule="auto"/>
        <w:ind w:firstLine="720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9047FA">
        <w:rPr>
          <w:rFonts w:eastAsia="Times New Roman" w:cs="Times New Roman"/>
          <w:sz w:val="28"/>
          <w:szCs w:val="28"/>
          <w:lang w:val="ru-RU" w:eastAsia="zh-CN"/>
        </w:rPr>
        <w:t xml:space="preserve">Відповідно до Законів України «Про місцеве самоврядування в Україні», </w:t>
      </w:r>
      <w:r w:rsidR="009047FA" w:rsidRPr="009047FA">
        <w:rPr>
          <w:rFonts w:ascii="Segoe UI" w:hAnsi="Segoe UI" w:cs="Segoe UI"/>
          <w:color w:val="0D0D0D"/>
          <w:shd w:val="clear" w:color="auto" w:fill="FFFFFF"/>
          <w:lang w:val="ru-RU"/>
        </w:rPr>
        <w:t xml:space="preserve"> </w:t>
      </w:r>
      <w:r w:rsidR="009047FA" w:rsidRPr="009047FA">
        <w:rPr>
          <w:rFonts w:cs="Times New Roman"/>
          <w:color w:val="0D0D0D"/>
          <w:sz w:val="28"/>
          <w:szCs w:val="28"/>
          <w:shd w:val="clear" w:color="auto" w:fill="FFFFFF"/>
          <w:lang w:val="ru-RU"/>
        </w:rPr>
        <w:t>«Про запобігання та протидію домашньому насильству</w:t>
      </w:r>
      <w:r w:rsidRPr="009047FA">
        <w:rPr>
          <w:rFonts w:eastAsia="Times New Roman" w:cs="Times New Roman"/>
          <w:sz w:val="28"/>
          <w:szCs w:val="28"/>
          <w:lang w:val="ru-RU" w:eastAsia="zh-CN"/>
        </w:rPr>
        <w:t>», ч.2 ст.10, ст.15 Закону України  «Про правовий режим воєнного стану», постанови Верховної Ради України від 04.12.2024 № 4110-ІХ «Про зд</w:t>
      </w:r>
      <w:r>
        <w:rPr>
          <w:rFonts w:eastAsia="Times New Roman" w:cs="Times New Roman"/>
          <w:sz w:val="28"/>
          <w:szCs w:val="28"/>
          <w:lang w:eastAsia="zh-CN"/>
        </w:rPr>
        <w:t>i</w:t>
      </w:r>
      <w:r w:rsidRPr="009047FA">
        <w:rPr>
          <w:rFonts w:eastAsia="Times New Roman" w:cs="Times New Roman"/>
          <w:sz w:val="28"/>
          <w:szCs w:val="28"/>
          <w:lang w:val="ru-RU" w:eastAsia="zh-CN"/>
        </w:rPr>
        <w:t>йснення начальниками Васил</w:t>
      </w:r>
      <w:r>
        <w:rPr>
          <w:rFonts w:eastAsia="Times New Roman" w:cs="Times New Roman"/>
          <w:sz w:val="28"/>
          <w:szCs w:val="28"/>
          <w:lang w:eastAsia="zh-CN"/>
        </w:rPr>
        <w:t>i</w:t>
      </w:r>
      <w:r w:rsidRPr="009047FA">
        <w:rPr>
          <w:rFonts w:eastAsia="Times New Roman" w:cs="Times New Roman"/>
          <w:sz w:val="28"/>
          <w:szCs w:val="28"/>
          <w:lang w:val="ru-RU" w:eastAsia="zh-CN"/>
        </w:rPr>
        <w:t>вської м</w:t>
      </w:r>
      <w:r>
        <w:rPr>
          <w:rFonts w:eastAsia="Times New Roman" w:cs="Times New Roman"/>
          <w:sz w:val="28"/>
          <w:szCs w:val="28"/>
          <w:lang w:eastAsia="zh-CN"/>
        </w:rPr>
        <w:t>i</w:t>
      </w:r>
      <w:r w:rsidRPr="009047FA">
        <w:rPr>
          <w:rFonts w:eastAsia="Times New Roman" w:cs="Times New Roman"/>
          <w:sz w:val="28"/>
          <w:szCs w:val="28"/>
          <w:lang w:val="ru-RU" w:eastAsia="zh-CN"/>
        </w:rPr>
        <w:t>ської в</w:t>
      </w:r>
      <w:r>
        <w:rPr>
          <w:rFonts w:eastAsia="Times New Roman" w:cs="Times New Roman"/>
          <w:sz w:val="28"/>
          <w:szCs w:val="28"/>
          <w:lang w:eastAsia="zh-CN"/>
        </w:rPr>
        <w:t>i</w:t>
      </w:r>
      <w:r w:rsidRPr="009047FA">
        <w:rPr>
          <w:rFonts w:eastAsia="Times New Roman" w:cs="Times New Roman"/>
          <w:sz w:val="28"/>
          <w:szCs w:val="28"/>
          <w:lang w:val="ru-RU" w:eastAsia="zh-CN"/>
        </w:rPr>
        <w:t xml:space="preserve">йськової </w:t>
      </w:r>
      <w:proofErr w:type="gramStart"/>
      <w:r w:rsidRPr="009047FA">
        <w:rPr>
          <w:rFonts w:eastAsia="Times New Roman" w:cs="Times New Roman"/>
          <w:sz w:val="28"/>
          <w:szCs w:val="28"/>
          <w:lang w:val="ru-RU" w:eastAsia="zh-CN"/>
        </w:rPr>
        <w:t>адм</w:t>
      </w:r>
      <w:proofErr w:type="gramEnd"/>
      <w:r w:rsidRPr="009047FA">
        <w:rPr>
          <w:rFonts w:eastAsia="Times New Roman" w:cs="Times New Roman"/>
          <w:sz w:val="28"/>
          <w:szCs w:val="28"/>
          <w:lang w:val="ru-RU" w:eastAsia="zh-CN"/>
        </w:rPr>
        <w:t>ін</w:t>
      </w:r>
      <w:r>
        <w:rPr>
          <w:rFonts w:eastAsia="Times New Roman" w:cs="Times New Roman"/>
          <w:sz w:val="28"/>
          <w:szCs w:val="28"/>
          <w:lang w:eastAsia="zh-CN"/>
        </w:rPr>
        <w:t>i</w:t>
      </w:r>
      <w:r w:rsidRPr="009047FA">
        <w:rPr>
          <w:rFonts w:eastAsia="Times New Roman" w:cs="Times New Roman"/>
          <w:sz w:val="28"/>
          <w:szCs w:val="28"/>
          <w:lang w:val="ru-RU" w:eastAsia="zh-CN"/>
        </w:rPr>
        <w:t>страц</w:t>
      </w:r>
      <w:r>
        <w:rPr>
          <w:rFonts w:eastAsia="Times New Roman" w:cs="Times New Roman"/>
          <w:sz w:val="28"/>
          <w:szCs w:val="28"/>
          <w:lang w:eastAsia="zh-CN"/>
        </w:rPr>
        <w:t>i</w:t>
      </w:r>
      <w:r w:rsidRPr="009047FA">
        <w:rPr>
          <w:rFonts w:eastAsia="Times New Roman" w:cs="Times New Roman"/>
          <w:sz w:val="28"/>
          <w:szCs w:val="28"/>
          <w:lang w:val="ru-RU" w:eastAsia="zh-CN"/>
        </w:rPr>
        <w:t>ї Васил</w:t>
      </w:r>
      <w:r>
        <w:rPr>
          <w:rFonts w:eastAsia="Times New Roman" w:cs="Times New Roman"/>
          <w:sz w:val="28"/>
          <w:szCs w:val="28"/>
          <w:lang w:eastAsia="zh-CN"/>
        </w:rPr>
        <w:t>i</w:t>
      </w:r>
      <w:r w:rsidRPr="009047FA">
        <w:rPr>
          <w:rFonts w:eastAsia="Times New Roman" w:cs="Times New Roman"/>
          <w:sz w:val="28"/>
          <w:szCs w:val="28"/>
          <w:lang w:val="ru-RU" w:eastAsia="zh-CN"/>
        </w:rPr>
        <w:t>вського району та Полог</w:t>
      </w:r>
      <w:r>
        <w:rPr>
          <w:rFonts w:eastAsia="Times New Roman" w:cs="Times New Roman"/>
          <w:sz w:val="28"/>
          <w:szCs w:val="28"/>
          <w:lang w:eastAsia="zh-CN"/>
        </w:rPr>
        <w:t>i</w:t>
      </w:r>
      <w:r w:rsidRPr="009047FA">
        <w:rPr>
          <w:rFonts w:eastAsia="Times New Roman" w:cs="Times New Roman"/>
          <w:sz w:val="28"/>
          <w:szCs w:val="28"/>
          <w:lang w:val="ru-RU" w:eastAsia="zh-CN"/>
        </w:rPr>
        <w:t>вської м</w:t>
      </w:r>
      <w:r>
        <w:rPr>
          <w:rFonts w:eastAsia="Times New Roman" w:cs="Times New Roman"/>
          <w:sz w:val="28"/>
          <w:szCs w:val="28"/>
          <w:lang w:eastAsia="zh-CN"/>
        </w:rPr>
        <w:t>i</w:t>
      </w:r>
      <w:r w:rsidRPr="009047FA">
        <w:rPr>
          <w:rFonts w:eastAsia="Times New Roman" w:cs="Times New Roman"/>
          <w:sz w:val="28"/>
          <w:szCs w:val="28"/>
          <w:lang w:val="ru-RU" w:eastAsia="zh-CN"/>
        </w:rPr>
        <w:t>ської в</w:t>
      </w:r>
      <w:r>
        <w:rPr>
          <w:rFonts w:eastAsia="Times New Roman" w:cs="Times New Roman"/>
          <w:sz w:val="28"/>
          <w:szCs w:val="28"/>
          <w:lang w:eastAsia="zh-CN"/>
        </w:rPr>
        <w:t>i</w:t>
      </w:r>
      <w:r w:rsidRPr="009047FA">
        <w:rPr>
          <w:rFonts w:eastAsia="Times New Roman" w:cs="Times New Roman"/>
          <w:sz w:val="28"/>
          <w:szCs w:val="28"/>
          <w:lang w:val="ru-RU" w:eastAsia="zh-CN"/>
        </w:rPr>
        <w:t xml:space="preserve">йськової </w:t>
      </w:r>
      <w:proofErr w:type="gramStart"/>
      <w:r w:rsidRPr="009047FA">
        <w:rPr>
          <w:rFonts w:eastAsia="Times New Roman" w:cs="Times New Roman"/>
          <w:sz w:val="28"/>
          <w:szCs w:val="28"/>
          <w:lang w:val="ru-RU" w:eastAsia="zh-CN"/>
        </w:rPr>
        <w:t>адм</w:t>
      </w:r>
      <w:proofErr w:type="gramEnd"/>
      <w:r w:rsidRPr="009047FA">
        <w:rPr>
          <w:rFonts w:eastAsia="Times New Roman" w:cs="Times New Roman"/>
          <w:sz w:val="28"/>
          <w:szCs w:val="28"/>
          <w:lang w:val="ru-RU" w:eastAsia="zh-CN"/>
        </w:rPr>
        <w:t>іністрац</w:t>
      </w:r>
      <w:r>
        <w:rPr>
          <w:rFonts w:eastAsia="Times New Roman" w:cs="Times New Roman"/>
          <w:sz w:val="28"/>
          <w:szCs w:val="28"/>
          <w:lang w:eastAsia="zh-CN"/>
        </w:rPr>
        <w:t>i</w:t>
      </w:r>
      <w:r w:rsidRPr="009047FA">
        <w:rPr>
          <w:rFonts w:eastAsia="Times New Roman" w:cs="Times New Roman"/>
          <w:sz w:val="28"/>
          <w:szCs w:val="28"/>
          <w:lang w:val="ru-RU" w:eastAsia="zh-CN"/>
        </w:rPr>
        <w:t>ї Полог</w:t>
      </w:r>
      <w:r>
        <w:rPr>
          <w:rFonts w:eastAsia="Times New Roman" w:cs="Times New Roman"/>
          <w:sz w:val="28"/>
          <w:szCs w:val="28"/>
          <w:lang w:eastAsia="zh-CN"/>
        </w:rPr>
        <w:t>i</w:t>
      </w:r>
      <w:r w:rsidRPr="009047FA">
        <w:rPr>
          <w:rFonts w:eastAsia="Times New Roman" w:cs="Times New Roman"/>
          <w:sz w:val="28"/>
          <w:szCs w:val="28"/>
          <w:lang w:val="ru-RU" w:eastAsia="zh-CN"/>
        </w:rPr>
        <w:t>вського району Запор</w:t>
      </w:r>
      <w:r>
        <w:rPr>
          <w:rFonts w:eastAsia="Times New Roman" w:cs="Times New Roman"/>
          <w:sz w:val="28"/>
          <w:szCs w:val="28"/>
          <w:lang w:eastAsia="zh-CN"/>
        </w:rPr>
        <w:t>i</w:t>
      </w:r>
      <w:r w:rsidRPr="009047FA">
        <w:rPr>
          <w:rFonts w:eastAsia="Times New Roman" w:cs="Times New Roman"/>
          <w:sz w:val="28"/>
          <w:szCs w:val="28"/>
          <w:lang w:val="ru-RU" w:eastAsia="zh-CN"/>
        </w:rPr>
        <w:t>зької област</w:t>
      </w:r>
      <w:r>
        <w:rPr>
          <w:rFonts w:eastAsia="Times New Roman" w:cs="Times New Roman"/>
          <w:sz w:val="28"/>
          <w:szCs w:val="28"/>
          <w:lang w:eastAsia="zh-CN"/>
        </w:rPr>
        <w:t>i</w:t>
      </w:r>
      <w:r w:rsidRPr="009047FA">
        <w:rPr>
          <w:rFonts w:eastAsia="Times New Roman" w:cs="Times New Roman"/>
          <w:sz w:val="28"/>
          <w:szCs w:val="28"/>
          <w:lang w:val="ru-RU" w:eastAsia="zh-CN"/>
        </w:rPr>
        <w:t xml:space="preserve"> повноважень, передбачених частиною другою статт</w:t>
      </w:r>
      <w:r>
        <w:rPr>
          <w:rFonts w:eastAsia="Times New Roman" w:cs="Times New Roman"/>
          <w:sz w:val="28"/>
          <w:szCs w:val="28"/>
          <w:lang w:eastAsia="zh-CN"/>
        </w:rPr>
        <w:t>i</w:t>
      </w:r>
      <w:r w:rsidRPr="009047FA">
        <w:rPr>
          <w:rFonts w:eastAsia="Times New Roman" w:cs="Times New Roman"/>
          <w:sz w:val="28"/>
          <w:szCs w:val="28"/>
          <w:lang w:val="ru-RU" w:eastAsia="zh-CN"/>
        </w:rPr>
        <w:t xml:space="preserve"> 10 Закону України «Про правовий режим воєнного стану»</w:t>
      </w:r>
      <w:r w:rsidRPr="009047FA">
        <w:rPr>
          <w:rFonts w:eastAsia="Times New Roman" w:cs="Times New Roman"/>
          <w:sz w:val="28"/>
          <w:szCs w:val="28"/>
          <w:lang w:val="ru-RU" w:eastAsia="ru-RU"/>
        </w:rPr>
        <w:t xml:space="preserve"> та з метою </w:t>
      </w:r>
      <w:r w:rsidR="009047FA" w:rsidRPr="009047FA">
        <w:rPr>
          <w:rFonts w:eastAsia="Times New Roman" w:cs="Times New Roman"/>
          <w:sz w:val="28"/>
          <w:szCs w:val="28"/>
          <w:lang w:val="ru-RU" w:eastAsia="ru-RU"/>
        </w:rPr>
        <w:t xml:space="preserve"> </w:t>
      </w:r>
      <w:r w:rsidR="009047FA" w:rsidRPr="009047FA">
        <w:rPr>
          <w:rFonts w:cs="Times New Roman"/>
          <w:color w:val="0D0D0D"/>
          <w:sz w:val="28"/>
          <w:szCs w:val="28"/>
          <w:shd w:val="clear" w:color="auto" w:fill="FFFFFF"/>
          <w:lang w:val="ru-RU"/>
        </w:rPr>
        <w:t>забезпечення реалізації державної політики у сфері запобігання та протидії домашньому насильству, захисту прав та законних інтересів осіб, які постраждали від домашнього насильства, підвищення ефективності міжвідомчої взаємодії суб’єктів, що здійснюють заходи у цій сфері</w:t>
      </w:r>
    </w:p>
    <w:p w:rsidR="00A60A3B" w:rsidRPr="009047FA" w:rsidRDefault="00A60A3B" w:rsidP="00A60A3B">
      <w:pPr>
        <w:suppressAutoHyphens/>
        <w:spacing w:after="0" w:line="240" w:lineRule="auto"/>
        <w:rPr>
          <w:rFonts w:eastAsia="Times New Roman" w:cs="Times New Roman"/>
          <w:b/>
          <w:sz w:val="28"/>
          <w:szCs w:val="28"/>
          <w:lang w:val="ru-RU" w:eastAsia="zh-CN"/>
        </w:rPr>
      </w:pPr>
      <w:r w:rsidRPr="009047FA">
        <w:rPr>
          <w:rFonts w:eastAsia="Times New Roman" w:cs="Times New Roman"/>
          <w:b/>
          <w:sz w:val="28"/>
          <w:szCs w:val="28"/>
          <w:lang w:val="ru-RU" w:eastAsia="zh-CN"/>
        </w:rPr>
        <w:t>ЗОБОВ’ЯЗУЮ:</w:t>
      </w:r>
    </w:p>
    <w:p w:rsidR="00A60A3B" w:rsidRPr="009047FA" w:rsidRDefault="00A60A3B" w:rsidP="00A70D08">
      <w:pPr>
        <w:suppressAutoHyphens/>
        <w:spacing w:after="0" w:line="240" w:lineRule="auto"/>
        <w:rPr>
          <w:rFonts w:eastAsia="Times New Roman" w:cs="Times New Roman"/>
          <w:b/>
          <w:sz w:val="28"/>
          <w:szCs w:val="28"/>
          <w:lang w:val="ru-RU" w:eastAsia="zh-CN"/>
        </w:rPr>
      </w:pPr>
    </w:p>
    <w:p w:rsidR="00A60A3B" w:rsidRDefault="00A60A3B" w:rsidP="00A70D08">
      <w:pPr>
        <w:pStyle w:val="ae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eastAsia="Times New Roman" w:cs="Times New Roman"/>
          <w:color w:val="000000"/>
          <w:sz w:val="28"/>
          <w:szCs w:val="28"/>
          <w:lang w:val="ru-RU" w:eastAsia="zh-CN"/>
        </w:rPr>
      </w:pPr>
      <w:r w:rsidRPr="00A70D08">
        <w:rPr>
          <w:rFonts w:eastAsia="Times New Roman" w:cs="Times New Roman"/>
          <w:color w:val="000000"/>
          <w:sz w:val="28"/>
          <w:szCs w:val="28"/>
          <w:lang w:val="ru-RU" w:eastAsia="zh-CN"/>
        </w:rPr>
        <w:t xml:space="preserve">Затвердити </w:t>
      </w:r>
      <w:r w:rsidR="009047FA" w:rsidRPr="00A70D08">
        <w:rPr>
          <w:rFonts w:eastAsia="Times New Roman" w:cs="Times New Roman"/>
          <w:sz w:val="28"/>
          <w:szCs w:val="28"/>
          <w:lang w:val="ru-RU" w:eastAsia="ru-RU"/>
        </w:rPr>
        <w:t xml:space="preserve">«Програму </w:t>
      </w:r>
      <w:r w:rsidR="009047FA" w:rsidRPr="00A70D08">
        <w:rPr>
          <w:rFonts w:cs="Times New Roman"/>
          <w:sz w:val="28"/>
          <w:szCs w:val="28"/>
          <w:lang w:val="ru-RU"/>
        </w:rPr>
        <w:t xml:space="preserve">запобігання та протидії насильству на території Василівської міської територіальної </w:t>
      </w:r>
      <w:proofErr w:type="gramStart"/>
      <w:r w:rsidR="009047FA" w:rsidRPr="00A70D08">
        <w:rPr>
          <w:rFonts w:cs="Times New Roman"/>
          <w:sz w:val="28"/>
          <w:szCs w:val="28"/>
          <w:lang w:val="ru-RU"/>
        </w:rPr>
        <w:t>громади на</w:t>
      </w:r>
      <w:proofErr w:type="gramEnd"/>
      <w:r w:rsidR="009047FA" w:rsidRPr="00A70D08">
        <w:rPr>
          <w:rFonts w:cs="Times New Roman"/>
          <w:sz w:val="28"/>
          <w:szCs w:val="28"/>
          <w:lang w:val="ru-RU"/>
        </w:rPr>
        <w:t xml:space="preserve"> 2026–2028 роки</w:t>
      </w:r>
      <w:r w:rsidR="009047FA" w:rsidRPr="00A70D08">
        <w:rPr>
          <w:rFonts w:eastAsia="Times New Roman" w:cs="Times New Roman"/>
          <w:sz w:val="28"/>
          <w:szCs w:val="28"/>
          <w:lang w:val="ru-RU" w:eastAsia="ru-RU"/>
        </w:rPr>
        <w:t xml:space="preserve">» </w:t>
      </w:r>
      <w:r w:rsidRPr="00A70D08">
        <w:rPr>
          <w:rFonts w:eastAsia="Times New Roman" w:cs="Times New Roman"/>
          <w:color w:val="000000"/>
          <w:sz w:val="28"/>
          <w:szCs w:val="28"/>
          <w:lang w:val="ru-RU" w:eastAsia="zh-CN"/>
        </w:rPr>
        <w:t xml:space="preserve">(додається).  </w:t>
      </w:r>
    </w:p>
    <w:p w:rsidR="00087707" w:rsidRPr="00A70D08" w:rsidRDefault="00087707" w:rsidP="00087707">
      <w:pPr>
        <w:pStyle w:val="ae"/>
        <w:spacing w:after="0" w:line="240" w:lineRule="auto"/>
        <w:ind w:left="360"/>
        <w:jc w:val="both"/>
        <w:rPr>
          <w:rFonts w:eastAsia="Times New Roman" w:cs="Times New Roman"/>
          <w:color w:val="000000"/>
          <w:sz w:val="28"/>
          <w:szCs w:val="28"/>
          <w:lang w:val="ru-RU" w:eastAsia="zh-CN"/>
        </w:rPr>
      </w:pPr>
    </w:p>
    <w:p w:rsidR="00A60A3B" w:rsidRPr="00087707" w:rsidRDefault="006B7C52" w:rsidP="00A70D08">
      <w:pPr>
        <w:pStyle w:val="aff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349"/>
        <w:jc w:val="both"/>
        <w:rPr>
          <w:color w:val="000000"/>
          <w:sz w:val="28"/>
          <w:szCs w:val="28"/>
          <w:lang w:eastAsia="zh-CN"/>
        </w:rPr>
      </w:pPr>
      <w:r w:rsidRPr="00A70D08">
        <w:rPr>
          <w:rStyle w:val="af6"/>
          <w:b w:val="0"/>
          <w:color w:val="0D0D0D"/>
          <w:sz w:val="28"/>
          <w:szCs w:val="28"/>
        </w:rPr>
        <w:t xml:space="preserve">Визначити </w:t>
      </w:r>
      <w:r w:rsidRPr="00A70D08">
        <w:rPr>
          <w:rStyle w:val="af6"/>
          <w:b w:val="0"/>
          <w:color w:val="0D0D0D"/>
          <w:sz w:val="28"/>
          <w:szCs w:val="28"/>
          <w:lang w:val="uk-UA"/>
        </w:rPr>
        <w:t xml:space="preserve"> відділ </w:t>
      </w:r>
      <w:proofErr w:type="gramStart"/>
      <w:r w:rsidRPr="00A70D08">
        <w:rPr>
          <w:rStyle w:val="af6"/>
          <w:b w:val="0"/>
          <w:color w:val="0D0D0D"/>
          <w:sz w:val="28"/>
          <w:szCs w:val="28"/>
          <w:lang w:val="uk-UA"/>
        </w:rPr>
        <w:t>соц</w:t>
      </w:r>
      <w:proofErr w:type="gramEnd"/>
      <w:r w:rsidRPr="00A70D08">
        <w:rPr>
          <w:rStyle w:val="af6"/>
          <w:b w:val="0"/>
          <w:color w:val="0D0D0D"/>
          <w:sz w:val="28"/>
          <w:szCs w:val="28"/>
          <w:lang w:val="uk-UA"/>
        </w:rPr>
        <w:t>іального захисту та гуманітарної політики апарату міської військової адміністрації</w:t>
      </w:r>
      <w:r w:rsidRPr="00A70D08">
        <w:rPr>
          <w:color w:val="0D0D0D"/>
          <w:sz w:val="28"/>
          <w:szCs w:val="28"/>
        </w:rPr>
        <w:t> відповідальним</w:t>
      </w:r>
      <w:r w:rsidRPr="00A70D08">
        <w:rPr>
          <w:color w:val="0D0D0D"/>
          <w:sz w:val="28"/>
          <w:szCs w:val="28"/>
          <w:lang w:val="uk-UA"/>
        </w:rPr>
        <w:t xml:space="preserve"> </w:t>
      </w:r>
      <w:r w:rsidRPr="00A70D08">
        <w:rPr>
          <w:color w:val="0D0D0D"/>
          <w:sz w:val="28"/>
          <w:szCs w:val="28"/>
        </w:rPr>
        <w:t>за координацію виконання заходів Програми.</w:t>
      </w:r>
      <w:r w:rsidR="00087707">
        <w:rPr>
          <w:color w:val="000000"/>
          <w:sz w:val="28"/>
          <w:szCs w:val="28"/>
          <w:lang w:eastAsia="zh-CN"/>
        </w:rPr>
        <w:t xml:space="preserve"> </w:t>
      </w:r>
    </w:p>
    <w:p w:rsidR="00087707" w:rsidRPr="00A70D08" w:rsidRDefault="00087707" w:rsidP="00087707">
      <w:pPr>
        <w:pStyle w:val="aff8"/>
        <w:shd w:val="clear" w:color="auto" w:fill="FFFFFF"/>
        <w:spacing w:before="0" w:beforeAutospacing="0" w:after="0" w:afterAutospacing="0"/>
        <w:ind w:left="349"/>
        <w:jc w:val="both"/>
        <w:rPr>
          <w:color w:val="000000"/>
          <w:sz w:val="28"/>
          <w:szCs w:val="28"/>
          <w:lang w:eastAsia="zh-CN"/>
        </w:rPr>
      </w:pPr>
    </w:p>
    <w:p w:rsidR="00A60A3B" w:rsidRPr="00A60A3B" w:rsidRDefault="00A70D08" w:rsidP="00A70D08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val="ru-RU" w:eastAsia="zh-CN"/>
        </w:rPr>
      </w:pPr>
      <w:r>
        <w:rPr>
          <w:rFonts w:eastAsia="Times New Roman" w:cs="Times New Roman"/>
          <w:color w:val="000000"/>
          <w:sz w:val="28"/>
          <w:szCs w:val="28"/>
          <w:lang w:val="ru-RU" w:eastAsia="zh-CN"/>
        </w:rPr>
        <w:t xml:space="preserve">     3</w:t>
      </w:r>
      <w:r w:rsidR="00A60A3B" w:rsidRPr="00A60A3B">
        <w:rPr>
          <w:rFonts w:eastAsia="Times New Roman" w:cs="Times New Roman"/>
          <w:color w:val="000000"/>
          <w:sz w:val="28"/>
          <w:szCs w:val="28"/>
          <w:lang w:val="ru-RU" w:eastAsia="zh-CN"/>
        </w:rPr>
        <w:t xml:space="preserve">. Контроль за </w:t>
      </w:r>
      <w:r w:rsidR="006B7C52">
        <w:rPr>
          <w:rFonts w:eastAsia="Times New Roman" w:cs="Times New Roman"/>
          <w:color w:val="000000"/>
          <w:sz w:val="28"/>
          <w:szCs w:val="28"/>
          <w:lang w:val="ru-RU" w:eastAsia="zh-CN"/>
        </w:rPr>
        <w:t>виконанням цього розпорядження покласти на першого заступника начальника міської військово</w:t>
      </w:r>
      <w:r w:rsidR="00087707">
        <w:rPr>
          <w:rFonts w:eastAsia="Times New Roman" w:cs="Times New Roman"/>
          <w:color w:val="000000"/>
          <w:sz w:val="28"/>
          <w:szCs w:val="28"/>
          <w:lang w:val="ru-RU" w:eastAsia="zh-CN"/>
        </w:rPr>
        <w:t xml:space="preserve">ї </w:t>
      </w:r>
      <w:proofErr w:type="gramStart"/>
      <w:r w:rsidR="00087707">
        <w:rPr>
          <w:rFonts w:eastAsia="Times New Roman" w:cs="Times New Roman"/>
          <w:color w:val="000000"/>
          <w:sz w:val="28"/>
          <w:szCs w:val="28"/>
          <w:lang w:val="ru-RU" w:eastAsia="zh-CN"/>
        </w:rPr>
        <w:t>адм</w:t>
      </w:r>
      <w:proofErr w:type="gramEnd"/>
      <w:r w:rsidR="00087707">
        <w:rPr>
          <w:rFonts w:eastAsia="Times New Roman" w:cs="Times New Roman"/>
          <w:color w:val="000000"/>
          <w:sz w:val="28"/>
          <w:szCs w:val="28"/>
          <w:lang w:val="ru-RU" w:eastAsia="zh-CN"/>
        </w:rPr>
        <w:t>іністрації МІНАКОВУ Оксану.</w:t>
      </w:r>
    </w:p>
    <w:p w:rsidR="00A60A3B" w:rsidRPr="00A60A3B" w:rsidRDefault="00A60A3B" w:rsidP="00A70D08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val="ru-RU" w:eastAsia="zh-CN"/>
        </w:rPr>
      </w:pPr>
    </w:p>
    <w:p w:rsidR="00A60A3B" w:rsidRPr="00087707" w:rsidRDefault="00A60A3B" w:rsidP="00A60A3B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val="ru-RU" w:eastAsia="zh-CN"/>
        </w:rPr>
      </w:pPr>
      <w:r w:rsidRPr="00087707">
        <w:rPr>
          <w:rFonts w:eastAsia="Times New Roman" w:cs="Times New Roman"/>
          <w:color w:val="000000"/>
          <w:sz w:val="28"/>
          <w:szCs w:val="28"/>
          <w:lang w:val="ru-RU" w:eastAsia="zh-CN"/>
        </w:rPr>
        <w:t xml:space="preserve">Начальник </w:t>
      </w:r>
      <w:proofErr w:type="gramStart"/>
      <w:r w:rsidRPr="00087707">
        <w:rPr>
          <w:rFonts w:eastAsia="Times New Roman" w:cs="Times New Roman"/>
          <w:color w:val="000000"/>
          <w:sz w:val="28"/>
          <w:szCs w:val="28"/>
          <w:lang w:val="ru-RU" w:eastAsia="zh-CN"/>
        </w:rPr>
        <w:t>м</w:t>
      </w:r>
      <w:proofErr w:type="gramEnd"/>
      <w:r w:rsidRPr="00087707">
        <w:rPr>
          <w:rFonts w:eastAsia="Times New Roman" w:cs="Times New Roman"/>
          <w:color w:val="000000"/>
          <w:sz w:val="28"/>
          <w:szCs w:val="28"/>
          <w:lang w:val="ru-RU" w:eastAsia="zh-CN"/>
        </w:rPr>
        <w:t xml:space="preserve">іської </w:t>
      </w:r>
    </w:p>
    <w:p w:rsidR="00A60A3B" w:rsidRPr="00087707" w:rsidRDefault="00A60A3B" w:rsidP="00A60A3B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val="ru-RU" w:eastAsia="zh-CN"/>
        </w:rPr>
      </w:pPr>
      <w:r w:rsidRPr="00087707">
        <w:rPr>
          <w:rFonts w:eastAsia="Times New Roman" w:cs="Times New Roman"/>
          <w:color w:val="000000"/>
          <w:sz w:val="28"/>
          <w:szCs w:val="28"/>
          <w:lang w:val="ru-RU" w:eastAsia="zh-CN"/>
        </w:rPr>
        <w:t xml:space="preserve">військової </w:t>
      </w:r>
      <w:proofErr w:type="gramStart"/>
      <w:r w:rsidRPr="00087707">
        <w:rPr>
          <w:rFonts w:eastAsia="Times New Roman" w:cs="Times New Roman"/>
          <w:color w:val="000000"/>
          <w:sz w:val="28"/>
          <w:szCs w:val="28"/>
          <w:lang w:val="ru-RU" w:eastAsia="zh-CN"/>
        </w:rPr>
        <w:t>адм</w:t>
      </w:r>
      <w:proofErr w:type="gramEnd"/>
      <w:r w:rsidRPr="00087707">
        <w:rPr>
          <w:rFonts w:eastAsia="Times New Roman" w:cs="Times New Roman"/>
          <w:color w:val="000000"/>
          <w:sz w:val="28"/>
          <w:szCs w:val="28"/>
          <w:lang w:val="ru-RU" w:eastAsia="zh-CN"/>
        </w:rPr>
        <w:t>іністрації                                                             Сергій КАЛІМАН</w:t>
      </w:r>
    </w:p>
    <w:p w:rsidR="00A60A3B" w:rsidRPr="00087707" w:rsidRDefault="00A60A3B" w:rsidP="00A60A3B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val="ru-RU" w:eastAsia="zh-CN"/>
        </w:rPr>
      </w:pPr>
    </w:p>
    <w:p w:rsidR="00A60A3B" w:rsidRPr="00087707" w:rsidRDefault="00A60A3B" w:rsidP="00A60A3B">
      <w:pPr>
        <w:spacing w:after="0" w:line="240" w:lineRule="auto"/>
        <w:ind w:left="4962" w:right="-391"/>
        <w:rPr>
          <w:rFonts w:eastAsia="Calibri" w:cs="Times New Roman"/>
          <w:sz w:val="28"/>
          <w:szCs w:val="28"/>
          <w:lang w:val="ru-RU" w:eastAsia="zh-CN"/>
        </w:rPr>
      </w:pPr>
      <w:r w:rsidRPr="00087707">
        <w:rPr>
          <w:rFonts w:eastAsia="Calibri" w:cs="Times New Roman"/>
          <w:sz w:val="28"/>
          <w:szCs w:val="28"/>
          <w:lang w:val="ru-RU" w:eastAsia="zh-CN"/>
        </w:rPr>
        <w:t>ЗАТВЕРДЖЕНО</w:t>
      </w:r>
    </w:p>
    <w:p w:rsidR="00A60A3B" w:rsidRPr="00087707" w:rsidRDefault="00A60A3B" w:rsidP="00A60A3B">
      <w:pPr>
        <w:suppressAutoHyphens/>
        <w:spacing w:after="0" w:line="240" w:lineRule="auto"/>
        <w:ind w:left="4956"/>
        <w:rPr>
          <w:rFonts w:eastAsia="Times New Roman" w:cs="Times New Roman"/>
          <w:sz w:val="28"/>
          <w:szCs w:val="28"/>
          <w:lang w:val="ru-RU" w:eastAsia="zh-CN"/>
        </w:rPr>
      </w:pPr>
      <w:bookmarkStart w:id="1" w:name="_Hlk182850353"/>
      <w:r w:rsidRPr="00087707">
        <w:rPr>
          <w:rFonts w:eastAsia="Times New Roman" w:cs="Times New Roman"/>
          <w:sz w:val="28"/>
          <w:szCs w:val="28"/>
          <w:lang w:val="ru-RU" w:eastAsia="zh-CN"/>
        </w:rPr>
        <w:t>розпорядженням начальника Василівської місько</w:t>
      </w:r>
      <w:r w:rsidR="009047FA" w:rsidRPr="00087707">
        <w:rPr>
          <w:rFonts w:eastAsia="Times New Roman" w:cs="Times New Roman"/>
          <w:sz w:val="28"/>
          <w:szCs w:val="28"/>
          <w:lang w:val="ru-RU" w:eastAsia="zh-CN"/>
        </w:rPr>
        <w:t xml:space="preserve">ї військової </w:t>
      </w:r>
      <w:proofErr w:type="gramStart"/>
      <w:r w:rsidR="009047FA" w:rsidRPr="00087707">
        <w:rPr>
          <w:rFonts w:eastAsia="Times New Roman" w:cs="Times New Roman"/>
          <w:sz w:val="28"/>
          <w:szCs w:val="28"/>
          <w:lang w:val="ru-RU" w:eastAsia="zh-CN"/>
        </w:rPr>
        <w:t>адм</w:t>
      </w:r>
      <w:proofErr w:type="gramEnd"/>
      <w:r w:rsidR="009047FA" w:rsidRPr="00087707">
        <w:rPr>
          <w:rFonts w:eastAsia="Times New Roman" w:cs="Times New Roman"/>
          <w:sz w:val="28"/>
          <w:szCs w:val="28"/>
          <w:lang w:val="ru-RU" w:eastAsia="zh-CN"/>
        </w:rPr>
        <w:t>іністрації від</w:t>
      </w:r>
      <w:r w:rsidR="00087707">
        <w:rPr>
          <w:rFonts w:eastAsia="Times New Roman" w:cs="Times New Roman"/>
          <w:sz w:val="28"/>
          <w:szCs w:val="28"/>
          <w:lang w:val="uk-UA" w:eastAsia="zh-CN"/>
        </w:rPr>
        <w:t xml:space="preserve"> 07</w:t>
      </w:r>
      <w:r w:rsidR="009047FA" w:rsidRPr="00087707">
        <w:rPr>
          <w:rFonts w:eastAsia="Times New Roman" w:cs="Times New Roman"/>
          <w:sz w:val="28"/>
          <w:szCs w:val="28"/>
          <w:lang w:val="ru-RU" w:eastAsia="zh-CN"/>
        </w:rPr>
        <w:t>.</w:t>
      </w:r>
      <w:r w:rsidR="009047FA">
        <w:rPr>
          <w:rFonts w:eastAsia="Times New Roman" w:cs="Times New Roman"/>
          <w:sz w:val="28"/>
          <w:szCs w:val="28"/>
          <w:lang w:val="uk-UA" w:eastAsia="zh-CN"/>
        </w:rPr>
        <w:t>09</w:t>
      </w:r>
      <w:r w:rsidRPr="00087707">
        <w:rPr>
          <w:rFonts w:eastAsia="Times New Roman" w:cs="Times New Roman"/>
          <w:sz w:val="28"/>
          <w:szCs w:val="28"/>
          <w:lang w:val="ru-RU" w:eastAsia="zh-CN"/>
        </w:rPr>
        <w:t>.202</w:t>
      </w:r>
      <w:r w:rsidR="009047FA">
        <w:rPr>
          <w:rFonts w:eastAsia="Times New Roman" w:cs="Times New Roman"/>
          <w:sz w:val="28"/>
          <w:szCs w:val="28"/>
          <w:lang w:val="uk-UA" w:eastAsia="zh-CN"/>
        </w:rPr>
        <w:t>6</w:t>
      </w:r>
      <w:r w:rsidRPr="00087707">
        <w:rPr>
          <w:rFonts w:eastAsia="Times New Roman" w:cs="Times New Roman"/>
          <w:sz w:val="28"/>
          <w:szCs w:val="28"/>
          <w:lang w:val="ru-RU" w:eastAsia="zh-CN"/>
        </w:rPr>
        <w:t xml:space="preserve"> № </w:t>
      </w:r>
      <w:r w:rsidR="00087707">
        <w:rPr>
          <w:rFonts w:eastAsia="Times New Roman" w:cs="Times New Roman"/>
          <w:sz w:val="28"/>
          <w:szCs w:val="28"/>
          <w:lang w:val="uk-UA" w:eastAsia="zh-CN"/>
        </w:rPr>
        <w:t>401</w:t>
      </w:r>
      <w:r w:rsidRPr="00087707">
        <w:rPr>
          <w:rFonts w:eastAsia="Times New Roman" w:cs="Times New Roman"/>
          <w:sz w:val="28"/>
          <w:szCs w:val="28"/>
          <w:lang w:val="ru-RU" w:eastAsia="zh-CN"/>
        </w:rPr>
        <w:t xml:space="preserve"> </w:t>
      </w:r>
    </w:p>
    <w:p w:rsidR="00A60A3B" w:rsidRPr="00087707" w:rsidRDefault="00A60A3B" w:rsidP="00A60A3B">
      <w:pPr>
        <w:suppressAutoHyphens/>
        <w:spacing w:after="0" w:line="240" w:lineRule="auto"/>
        <w:ind w:left="4956"/>
        <w:rPr>
          <w:rFonts w:eastAsia="Times New Roman" w:cs="Times New Roman"/>
          <w:sz w:val="28"/>
          <w:szCs w:val="28"/>
          <w:lang w:val="ru-RU" w:eastAsia="zh-CN"/>
        </w:rPr>
      </w:pPr>
      <w:r w:rsidRPr="00087707">
        <w:rPr>
          <w:rFonts w:eastAsia="Times New Roman" w:cs="Times New Roman"/>
          <w:sz w:val="28"/>
          <w:szCs w:val="28"/>
          <w:lang w:val="ru-RU" w:eastAsia="zh-CN"/>
        </w:rPr>
        <w:t xml:space="preserve"> </w:t>
      </w:r>
      <w:bookmarkEnd w:id="1"/>
    </w:p>
    <w:p w:rsidR="00A60A3B" w:rsidRPr="00087707" w:rsidRDefault="00A60A3B" w:rsidP="00C42C1A">
      <w:pPr>
        <w:spacing w:after="0" w:line="240" w:lineRule="auto"/>
        <w:jc w:val="center"/>
        <w:rPr>
          <w:rFonts w:cs="Times New Roman"/>
          <w:b/>
          <w:sz w:val="28"/>
          <w:szCs w:val="28"/>
          <w:lang w:val="ru-RU"/>
        </w:rPr>
      </w:pPr>
    </w:p>
    <w:p w:rsidR="00A60A3B" w:rsidRPr="00087707" w:rsidRDefault="00A60A3B" w:rsidP="00C42C1A">
      <w:pPr>
        <w:spacing w:after="0" w:line="240" w:lineRule="auto"/>
        <w:jc w:val="center"/>
        <w:rPr>
          <w:rFonts w:cs="Times New Roman"/>
          <w:b/>
          <w:sz w:val="28"/>
          <w:szCs w:val="28"/>
          <w:lang w:val="ru-RU"/>
        </w:rPr>
      </w:pPr>
    </w:p>
    <w:p w:rsidR="00A073CD" w:rsidRPr="00C42C1A" w:rsidRDefault="008E208A" w:rsidP="00C42C1A">
      <w:pPr>
        <w:spacing w:after="0" w:line="240" w:lineRule="auto"/>
        <w:jc w:val="center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b/>
          <w:sz w:val="28"/>
          <w:szCs w:val="28"/>
          <w:lang w:val="ru-RU"/>
        </w:rPr>
        <w:t>ПРОГРАМА</w:t>
      </w:r>
    </w:p>
    <w:p w:rsidR="00A073CD" w:rsidRPr="00C42C1A" w:rsidRDefault="008E208A" w:rsidP="00C42C1A">
      <w:pPr>
        <w:spacing w:after="0" w:line="240" w:lineRule="auto"/>
        <w:jc w:val="center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b/>
          <w:sz w:val="28"/>
          <w:szCs w:val="28"/>
          <w:lang w:val="ru-RU"/>
        </w:rPr>
        <w:t>запобігання та протидії насильству на території</w:t>
      </w:r>
      <w:r w:rsidRPr="00C42C1A">
        <w:rPr>
          <w:rFonts w:cs="Times New Roman"/>
          <w:b/>
          <w:sz w:val="28"/>
          <w:szCs w:val="28"/>
          <w:lang w:val="ru-RU"/>
        </w:rPr>
        <w:br/>
        <w:t xml:space="preserve">Василівської міської територіальної </w:t>
      </w:r>
      <w:proofErr w:type="gramStart"/>
      <w:r w:rsidRPr="00C42C1A">
        <w:rPr>
          <w:rFonts w:cs="Times New Roman"/>
          <w:b/>
          <w:sz w:val="28"/>
          <w:szCs w:val="28"/>
          <w:lang w:val="ru-RU"/>
        </w:rPr>
        <w:t>громади на</w:t>
      </w:r>
      <w:proofErr w:type="gramEnd"/>
      <w:r w:rsidRPr="00C42C1A">
        <w:rPr>
          <w:rFonts w:cs="Times New Roman"/>
          <w:b/>
          <w:sz w:val="28"/>
          <w:szCs w:val="28"/>
          <w:lang w:val="ru-RU"/>
        </w:rPr>
        <w:t xml:space="preserve"> 2026–2028 роки</w:t>
      </w:r>
    </w:p>
    <w:p w:rsidR="00A073CD" w:rsidRPr="00C42C1A" w:rsidRDefault="008E208A" w:rsidP="00C42C1A">
      <w:pPr>
        <w:spacing w:before="160" w:after="80"/>
        <w:jc w:val="center"/>
        <w:rPr>
          <w:rFonts w:cs="Times New Roman"/>
          <w:sz w:val="28"/>
          <w:szCs w:val="28"/>
        </w:rPr>
      </w:pPr>
      <w:r w:rsidRPr="00C42C1A">
        <w:rPr>
          <w:rFonts w:cs="Times New Roman"/>
          <w:b/>
          <w:sz w:val="28"/>
          <w:szCs w:val="28"/>
        </w:rPr>
        <w:t>1. ПАСПОРТ ПРОГРАМИ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A073CD" w:rsidRPr="00C42C1A">
        <w:trPr>
          <w:jc w:val="center"/>
        </w:trPr>
        <w:tc>
          <w:tcPr>
            <w:tcW w:w="4320" w:type="dxa"/>
            <w:vAlign w:val="center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b/>
                <w:sz w:val="28"/>
                <w:szCs w:val="28"/>
              </w:rPr>
              <w:t>Назва показника</w:t>
            </w:r>
          </w:p>
        </w:tc>
        <w:tc>
          <w:tcPr>
            <w:tcW w:w="4320" w:type="dxa"/>
            <w:vAlign w:val="center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b/>
                <w:sz w:val="28"/>
                <w:szCs w:val="28"/>
              </w:rPr>
              <w:t>Зміст</w:t>
            </w:r>
          </w:p>
        </w:tc>
      </w:tr>
      <w:tr w:rsidR="00A073CD" w:rsidRPr="00087707">
        <w:trPr>
          <w:jc w:val="center"/>
        </w:trPr>
        <w:tc>
          <w:tcPr>
            <w:tcW w:w="4320" w:type="dxa"/>
            <w:vAlign w:val="center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Назва Програми</w:t>
            </w:r>
          </w:p>
        </w:tc>
        <w:tc>
          <w:tcPr>
            <w:tcW w:w="4320" w:type="dxa"/>
            <w:vAlign w:val="center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C42C1A">
              <w:rPr>
                <w:rFonts w:cs="Times New Roman"/>
                <w:sz w:val="28"/>
                <w:szCs w:val="28"/>
                <w:lang w:val="ru-RU"/>
              </w:rPr>
              <w:t xml:space="preserve">Програма запобігання та протидії насильству на території Василівської міської територіальної </w:t>
            </w:r>
            <w:proofErr w:type="gramStart"/>
            <w:r w:rsidRPr="00C42C1A">
              <w:rPr>
                <w:rFonts w:cs="Times New Roman"/>
                <w:sz w:val="28"/>
                <w:szCs w:val="28"/>
                <w:lang w:val="ru-RU"/>
              </w:rPr>
              <w:t>громади на</w:t>
            </w:r>
            <w:proofErr w:type="gramEnd"/>
            <w:r w:rsidRPr="00C42C1A">
              <w:rPr>
                <w:rFonts w:cs="Times New Roman"/>
                <w:sz w:val="28"/>
                <w:szCs w:val="28"/>
                <w:lang w:val="ru-RU"/>
              </w:rPr>
              <w:t xml:space="preserve"> 2026–2028 роки</w:t>
            </w:r>
          </w:p>
        </w:tc>
      </w:tr>
      <w:tr w:rsidR="00A073CD" w:rsidRPr="00087707">
        <w:trPr>
          <w:jc w:val="center"/>
        </w:trPr>
        <w:tc>
          <w:tcPr>
            <w:tcW w:w="4320" w:type="dxa"/>
            <w:vAlign w:val="center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Підстава для розроблення</w:t>
            </w:r>
          </w:p>
        </w:tc>
        <w:tc>
          <w:tcPr>
            <w:tcW w:w="4320" w:type="dxa"/>
            <w:vAlign w:val="center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C42C1A">
              <w:rPr>
                <w:rFonts w:cs="Times New Roman"/>
                <w:sz w:val="28"/>
                <w:szCs w:val="28"/>
                <w:lang w:val="ru-RU"/>
              </w:rPr>
              <w:t xml:space="preserve">Закони України «Про запобігання та протидію домашньому насильству», «Про забезпечення </w:t>
            </w:r>
            <w:proofErr w:type="gramStart"/>
            <w:r w:rsidRPr="00C42C1A">
              <w:rPr>
                <w:rFonts w:cs="Times New Roman"/>
                <w:sz w:val="28"/>
                <w:szCs w:val="28"/>
                <w:lang w:val="ru-RU"/>
              </w:rPr>
              <w:t>р</w:t>
            </w:r>
            <w:proofErr w:type="gramEnd"/>
            <w:r w:rsidRPr="00C42C1A">
              <w:rPr>
                <w:rFonts w:cs="Times New Roman"/>
                <w:sz w:val="28"/>
                <w:szCs w:val="28"/>
                <w:lang w:val="ru-RU"/>
              </w:rPr>
              <w:t>івних прав та можливостей жінок і чоловіків», «Про охорону дитинства», «Про соціальні послуги», інші нормативно-правові акти у сфері запобігання та протидії насильству</w:t>
            </w:r>
          </w:p>
        </w:tc>
      </w:tr>
      <w:tr w:rsidR="00A073CD" w:rsidRPr="00C42C1A">
        <w:trPr>
          <w:jc w:val="center"/>
        </w:trPr>
        <w:tc>
          <w:tcPr>
            <w:tcW w:w="4320" w:type="dxa"/>
            <w:vAlign w:val="center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Замовник Програми</w:t>
            </w:r>
          </w:p>
        </w:tc>
        <w:tc>
          <w:tcPr>
            <w:tcW w:w="4320" w:type="dxa"/>
            <w:vAlign w:val="center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Василівська міська військова адміністрація Василівського району Запорізької області</w:t>
            </w:r>
          </w:p>
        </w:tc>
      </w:tr>
      <w:tr w:rsidR="00A073CD" w:rsidRPr="00C42C1A">
        <w:trPr>
          <w:jc w:val="center"/>
        </w:trPr>
        <w:tc>
          <w:tcPr>
            <w:tcW w:w="4320" w:type="dxa"/>
            <w:vAlign w:val="center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Відповідальний за виконання</w:t>
            </w:r>
          </w:p>
        </w:tc>
        <w:tc>
          <w:tcPr>
            <w:tcW w:w="4320" w:type="dxa"/>
            <w:vAlign w:val="center"/>
          </w:tcPr>
          <w:p w:rsidR="00A073CD" w:rsidRPr="009E7F1F" w:rsidRDefault="00C42C1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val="ru-RU"/>
              </w:rPr>
              <w:t>Відділ</w:t>
            </w:r>
            <w:r w:rsidRPr="00C42C1A">
              <w:rPr>
                <w:rFonts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cs="Times New Roman"/>
                <w:sz w:val="28"/>
                <w:szCs w:val="28"/>
                <w:lang w:val="ru-RU"/>
              </w:rPr>
              <w:t>соц</w:t>
            </w:r>
            <w:proofErr w:type="gramEnd"/>
            <w:r>
              <w:rPr>
                <w:rFonts w:cs="Times New Roman"/>
                <w:sz w:val="28"/>
                <w:szCs w:val="28"/>
                <w:lang w:val="ru-RU"/>
              </w:rPr>
              <w:t>іального</w:t>
            </w:r>
            <w:r w:rsidRPr="00C42C1A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val="ru-RU"/>
              </w:rPr>
              <w:t>захисту</w:t>
            </w:r>
            <w:r w:rsidRPr="00C42C1A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val="ru-RU"/>
              </w:rPr>
              <w:t>та</w:t>
            </w:r>
            <w:r w:rsidRPr="00C42C1A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val="ru-RU"/>
              </w:rPr>
              <w:t>гуманітарної</w:t>
            </w:r>
            <w:r w:rsidRPr="00C42C1A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val="ru-RU"/>
              </w:rPr>
              <w:t>політики</w:t>
            </w:r>
            <w:r w:rsidR="008E208A" w:rsidRPr="00C42C1A">
              <w:rPr>
                <w:rFonts w:cs="Times New Roman"/>
                <w:sz w:val="28"/>
                <w:szCs w:val="28"/>
              </w:rPr>
              <w:t xml:space="preserve"> </w:t>
            </w:r>
            <w:r w:rsidR="008E208A" w:rsidRPr="00C42C1A">
              <w:rPr>
                <w:rFonts w:cs="Times New Roman"/>
                <w:sz w:val="28"/>
                <w:szCs w:val="28"/>
                <w:lang w:val="ru-RU"/>
              </w:rPr>
              <w:t>Василівської</w:t>
            </w:r>
            <w:r w:rsidR="008E208A" w:rsidRPr="00C42C1A">
              <w:rPr>
                <w:rFonts w:cs="Times New Roman"/>
                <w:sz w:val="28"/>
                <w:szCs w:val="28"/>
              </w:rPr>
              <w:t xml:space="preserve"> </w:t>
            </w:r>
            <w:r w:rsidR="008E208A" w:rsidRPr="00C42C1A">
              <w:rPr>
                <w:rFonts w:cs="Times New Roman"/>
                <w:sz w:val="28"/>
                <w:szCs w:val="28"/>
                <w:lang w:val="ru-RU"/>
              </w:rPr>
              <w:t>міської</w:t>
            </w:r>
            <w:r w:rsidR="008E208A" w:rsidRPr="00C42C1A">
              <w:rPr>
                <w:rFonts w:cs="Times New Roman"/>
                <w:sz w:val="28"/>
                <w:szCs w:val="28"/>
              </w:rPr>
              <w:t xml:space="preserve"> </w:t>
            </w:r>
            <w:r w:rsidR="008E208A" w:rsidRPr="00C42C1A">
              <w:rPr>
                <w:rFonts w:cs="Times New Roman"/>
                <w:sz w:val="28"/>
                <w:szCs w:val="28"/>
                <w:lang w:val="ru-RU"/>
              </w:rPr>
              <w:t>військової</w:t>
            </w:r>
            <w:r w:rsidR="008E208A" w:rsidRPr="00C42C1A">
              <w:rPr>
                <w:rFonts w:cs="Times New Roman"/>
                <w:sz w:val="28"/>
                <w:szCs w:val="28"/>
              </w:rPr>
              <w:t xml:space="preserve"> </w:t>
            </w:r>
            <w:r w:rsidR="008E208A" w:rsidRPr="00C42C1A">
              <w:rPr>
                <w:rFonts w:cs="Times New Roman"/>
                <w:sz w:val="28"/>
                <w:szCs w:val="28"/>
                <w:lang w:val="ru-RU"/>
              </w:rPr>
              <w:t>адміністрації</w:t>
            </w:r>
          </w:p>
        </w:tc>
      </w:tr>
      <w:tr w:rsidR="00A073CD" w:rsidRPr="00C42C1A">
        <w:trPr>
          <w:jc w:val="center"/>
        </w:trPr>
        <w:tc>
          <w:tcPr>
            <w:tcW w:w="4320" w:type="dxa"/>
            <w:vAlign w:val="center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Учасники Програми</w:t>
            </w:r>
          </w:p>
        </w:tc>
        <w:tc>
          <w:tcPr>
            <w:tcW w:w="4320" w:type="dxa"/>
            <w:vAlign w:val="center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 xml:space="preserve">Структурні підрозділи Василівської міської військової адміністрації, служба у справах дітей, </w:t>
            </w:r>
            <w:r w:rsidR="00C42C1A">
              <w:rPr>
                <w:rFonts w:cs="Times New Roman"/>
                <w:sz w:val="28"/>
                <w:szCs w:val="28"/>
                <w:lang w:val="uk-UA"/>
              </w:rPr>
              <w:t xml:space="preserve"> КУ «Центр надання соціальних послуг»</w:t>
            </w:r>
            <w:r w:rsidRPr="00C42C1A">
              <w:rPr>
                <w:rFonts w:cs="Times New Roman"/>
                <w:sz w:val="28"/>
                <w:szCs w:val="28"/>
              </w:rPr>
              <w:t xml:space="preserve">, заклади освіти та охорони здоров’я, </w:t>
            </w:r>
            <w:r w:rsidRPr="00C42C1A">
              <w:rPr>
                <w:rFonts w:cs="Times New Roman"/>
                <w:sz w:val="28"/>
                <w:szCs w:val="28"/>
              </w:rPr>
              <w:lastRenderedPageBreak/>
              <w:t>Національна поліція України, громадські, благодійні та міжнародні організації</w:t>
            </w:r>
          </w:p>
        </w:tc>
      </w:tr>
      <w:tr w:rsidR="00A073CD" w:rsidRPr="00C42C1A">
        <w:trPr>
          <w:jc w:val="center"/>
        </w:trPr>
        <w:tc>
          <w:tcPr>
            <w:tcW w:w="4320" w:type="dxa"/>
            <w:vAlign w:val="center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lastRenderedPageBreak/>
              <w:t>Термін реалізації</w:t>
            </w:r>
          </w:p>
        </w:tc>
        <w:tc>
          <w:tcPr>
            <w:tcW w:w="4320" w:type="dxa"/>
            <w:vAlign w:val="center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2026–2028 роки</w:t>
            </w:r>
          </w:p>
        </w:tc>
      </w:tr>
      <w:tr w:rsidR="00A073CD" w:rsidRPr="00C42C1A">
        <w:trPr>
          <w:jc w:val="center"/>
        </w:trPr>
        <w:tc>
          <w:tcPr>
            <w:tcW w:w="4320" w:type="dxa"/>
            <w:vAlign w:val="center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Фінансове забезпечення</w:t>
            </w:r>
          </w:p>
        </w:tc>
        <w:tc>
          <w:tcPr>
            <w:tcW w:w="4320" w:type="dxa"/>
            <w:vAlign w:val="center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Не потребує фінансування</w:t>
            </w:r>
          </w:p>
        </w:tc>
      </w:tr>
      <w:tr w:rsidR="00A073CD" w:rsidRPr="00C42C1A">
        <w:trPr>
          <w:jc w:val="center"/>
        </w:trPr>
        <w:tc>
          <w:tcPr>
            <w:tcW w:w="4320" w:type="dxa"/>
            <w:vAlign w:val="center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Очікувані результати</w:t>
            </w:r>
          </w:p>
        </w:tc>
        <w:tc>
          <w:tcPr>
            <w:tcW w:w="4320" w:type="dxa"/>
            <w:vAlign w:val="center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Підвищення рівня обізнаності населення, своєчасне виявлення та реагування на випадки насильства, забезпечення захисту постраждалих осіб, удосконалення міжвідомчої взаємодії</w:t>
            </w:r>
          </w:p>
        </w:tc>
      </w:tr>
    </w:tbl>
    <w:p w:rsidR="00A073CD" w:rsidRPr="00C42C1A" w:rsidRDefault="008E208A" w:rsidP="00C42C1A">
      <w:pPr>
        <w:spacing w:before="160" w:after="80"/>
        <w:jc w:val="center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b/>
          <w:sz w:val="28"/>
          <w:szCs w:val="28"/>
          <w:lang w:val="ru-RU"/>
        </w:rPr>
        <w:t>2. ЗАГАЛЬНІ ПОЛОЖЕННЯ</w:t>
      </w:r>
    </w:p>
    <w:p w:rsidR="00A073CD" w:rsidRPr="00C42C1A" w:rsidRDefault="008E208A" w:rsidP="00087707">
      <w:pPr>
        <w:spacing w:after="0" w:line="240" w:lineRule="auto"/>
        <w:ind w:firstLine="720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t xml:space="preserve">Програма запобігання та протидії насильству на території Василівської міської територіальної </w:t>
      </w:r>
      <w:proofErr w:type="gramStart"/>
      <w:r w:rsidRPr="00C42C1A">
        <w:rPr>
          <w:rFonts w:cs="Times New Roman"/>
          <w:sz w:val="28"/>
          <w:szCs w:val="28"/>
          <w:lang w:val="ru-RU"/>
        </w:rPr>
        <w:t>громади на</w:t>
      </w:r>
      <w:proofErr w:type="gramEnd"/>
      <w:r w:rsidRPr="00C42C1A">
        <w:rPr>
          <w:rFonts w:cs="Times New Roman"/>
          <w:sz w:val="28"/>
          <w:szCs w:val="28"/>
          <w:lang w:val="ru-RU"/>
        </w:rPr>
        <w:t xml:space="preserve"> 2026–2028 роки (далі – Програма) розроблена з метою забезпечення реалізації державної політики у сфері запобігання та протидії насильству, захисту прав та законних інтересів постраждалих осіб, формування в суспільстві нетерпимого ставлення до будь-яких проявів насильства.</w:t>
      </w:r>
    </w:p>
    <w:p w:rsidR="00A073CD" w:rsidRPr="00C42C1A" w:rsidRDefault="008E208A" w:rsidP="00087707">
      <w:pPr>
        <w:spacing w:after="0" w:line="240" w:lineRule="auto"/>
        <w:ind w:firstLine="720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t xml:space="preserve">Програма визначає основні напрями діяльності Василівської міської військової </w:t>
      </w:r>
      <w:proofErr w:type="gramStart"/>
      <w:r w:rsidRPr="00C42C1A">
        <w:rPr>
          <w:rFonts w:cs="Times New Roman"/>
          <w:sz w:val="28"/>
          <w:szCs w:val="28"/>
          <w:lang w:val="ru-RU"/>
        </w:rPr>
        <w:t>адм</w:t>
      </w:r>
      <w:proofErr w:type="gramEnd"/>
      <w:r w:rsidRPr="00C42C1A">
        <w:rPr>
          <w:rFonts w:cs="Times New Roman"/>
          <w:sz w:val="28"/>
          <w:szCs w:val="28"/>
          <w:lang w:val="ru-RU"/>
        </w:rPr>
        <w:t>іністрації та залучених суб’єктів щодо запобігання та протидії домашньому насильству, насильству за ознакою статі, насильству щодо дітей та іншим проявам насильницької поведінки.</w:t>
      </w:r>
    </w:p>
    <w:p w:rsidR="00A073CD" w:rsidRPr="00C42C1A" w:rsidRDefault="008E208A" w:rsidP="00087707">
      <w:pPr>
        <w:spacing w:after="0" w:line="240" w:lineRule="auto"/>
        <w:ind w:firstLine="720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C42C1A">
        <w:rPr>
          <w:rFonts w:cs="Times New Roman"/>
          <w:sz w:val="28"/>
          <w:szCs w:val="28"/>
          <w:lang w:val="ru-RU"/>
        </w:rPr>
        <w:t>П</w:t>
      </w:r>
      <w:proofErr w:type="gramEnd"/>
      <w:r w:rsidRPr="00C42C1A">
        <w:rPr>
          <w:rFonts w:cs="Times New Roman"/>
          <w:sz w:val="28"/>
          <w:szCs w:val="28"/>
          <w:lang w:val="ru-RU"/>
        </w:rPr>
        <w:t>ід час реалізації Програми враховуються особливості функціонування Василівської міської територіальної громади в умовах воєнного стану, тимчасової окупації частини території громади, переміщення мешканців громади до інших регіонів України та за кордон, а також необхідність забезпечення доступу постраждалих осіб до допомоги незалежно від місця їх фактичного перебування.</w:t>
      </w:r>
    </w:p>
    <w:p w:rsidR="00A073CD" w:rsidRPr="00C42C1A" w:rsidRDefault="008E208A" w:rsidP="00087707">
      <w:pPr>
        <w:spacing w:after="0" w:line="240" w:lineRule="auto"/>
        <w:ind w:firstLine="720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t xml:space="preserve">Реалізація Програми здійснюється в межах повноважень відповідних суб’єктів шляхом проведення організаційних, інформаційно-просвітницьких, </w:t>
      </w:r>
      <w:proofErr w:type="gramStart"/>
      <w:r w:rsidRPr="00C42C1A">
        <w:rPr>
          <w:rFonts w:cs="Times New Roman"/>
          <w:sz w:val="28"/>
          <w:szCs w:val="28"/>
          <w:lang w:val="ru-RU"/>
        </w:rPr>
        <w:t>проф</w:t>
      </w:r>
      <w:proofErr w:type="gramEnd"/>
      <w:r w:rsidRPr="00C42C1A">
        <w:rPr>
          <w:rFonts w:cs="Times New Roman"/>
          <w:sz w:val="28"/>
          <w:szCs w:val="28"/>
          <w:lang w:val="ru-RU"/>
        </w:rPr>
        <w:t>ілактичних та координаційних заходів.</w:t>
      </w:r>
    </w:p>
    <w:p w:rsidR="00A073CD" w:rsidRDefault="008E208A" w:rsidP="00087707">
      <w:pPr>
        <w:spacing w:after="0" w:line="240" w:lineRule="auto"/>
        <w:ind w:firstLine="720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t>Програма не передбачає додаткового фінансування з бюджету Василівської міської територіальної громади.</w:t>
      </w:r>
    </w:p>
    <w:p w:rsidR="00087707" w:rsidRPr="00C42C1A" w:rsidRDefault="00087707" w:rsidP="00087707">
      <w:pPr>
        <w:spacing w:after="0" w:line="240" w:lineRule="auto"/>
        <w:ind w:firstLine="720"/>
        <w:jc w:val="both"/>
        <w:rPr>
          <w:rFonts w:cs="Times New Roman"/>
          <w:sz w:val="28"/>
          <w:szCs w:val="28"/>
          <w:lang w:val="ru-RU"/>
        </w:rPr>
      </w:pPr>
    </w:p>
    <w:p w:rsidR="00A073CD" w:rsidRPr="00087707" w:rsidRDefault="008E208A" w:rsidP="00087707">
      <w:pPr>
        <w:pStyle w:val="ae"/>
        <w:numPr>
          <w:ilvl w:val="0"/>
          <w:numId w:val="11"/>
        </w:numPr>
        <w:spacing w:after="0" w:line="240" w:lineRule="auto"/>
        <w:jc w:val="center"/>
        <w:rPr>
          <w:rFonts w:cs="Times New Roman"/>
          <w:b/>
          <w:sz w:val="28"/>
          <w:szCs w:val="28"/>
          <w:lang w:val="ru-RU"/>
        </w:rPr>
      </w:pPr>
      <w:r w:rsidRPr="00087707">
        <w:rPr>
          <w:rFonts w:cs="Times New Roman"/>
          <w:b/>
          <w:sz w:val="28"/>
          <w:szCs w:val="28"/>
          <w:lang w:val="ru-RU"/>
        </w:rPr>
        <w:t>НОРМАТИВНО-ПРАВОВА ОСНОВА</w:t>
      </w:r>
    </w:p>
    <w:p w:rsidR="00087707" w:rsidRPr="00087707" w:rsidRDefault="00087707" w:rsidP="00087707">
      <w:pPr>
        <w:pStyle w:val="ae"/>
        <w:spacing w:after="0" w:line="240" w:lineRule="auto"/>
        <w:rPr>
          <w:rFonts w:cs="Times New Roman"/>
          <w:sz w:val="28"/>
          <w:szCs w:val="28"/>
          <w:lang w:val="ru-RU"/>
        </w:rPr>
      </w:pPr>
    </w:p>
    <w:p w:rsidR="00A073CD" w:rsidRPr="00C42C1A" w:rsidRDefault="008E208A" w:rsidP="00087707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t xml:space="preserve">Програма розроблена відповідно </w:t>
      </w:r>
      <w:proofErr w:type="gramStart"/>
      <w:r w:rsidRPr="00C42C1A">
        <w:rPr>
          <w:rFonts w:cs="Times New Roman"/>
          <w:sz w:val="28"/>
          <w:szCs w:val="28"/>
          <w:lang w:val="ru-RU"/>
        </w:rPr>
        <w:t>до</w:t>
      </w:r>
      <w:proofErr w:type="gramEnd"/>
      <w:r w:rsidRPr="00C42C1A">
        <w:rPr>
          <w:rFonts w:cs="Times New Roman"/>
          <w:sz w:val="28"/>
          <w:szCs w:val="28"/>
          <w:lang w:val="ru-RU"/>
        </w:rPr>
        <w:t>:</w:t>
      </w:r>
    </w:p>
    <w:p w:rsidR="00A073CD" w:rsidRPr="00C42C1A" w:rsidRDefault="008E208A" w:rsidP="00087707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t>Конституції України;</w:t>
      </w:r>
    </w:p>
    <w:p w:rsidR="00A073CD" w:rsidRPr="00C42C1A" w:rsidRDefault="008E208A" w:rsidP="00087707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t>Закону України «Про запобігання та протидію домашньому насильству»;</w:t>
      </w:r>
    </w:p>
    <w:p w:rsidR="00A073CD" w:rsidRPr="00C42C1A" w:rsidRDefault="008E208A" w:rsidP="00087707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lastRenderedPageBreak/>
        <w:t xml:space="preserve">Закону України «Про забезпечення </w:t>
      </w:r>
      <w:proofErr w:type="gramStart"/>
      <w:r w:rsidRPr="00C42C1A">
        <w:rPr>
          <w:rFonts w:cs="Times New Roman"/>
          <w:sz w:val="28"/>
          <w:szCs w:val="28"/>
          <w:lang w:val="ru-RU"/>
        </w:rPr>
        <w:t>р</w:t>
      </w:r>
      <w:proofErr w:type="gramEnd"/>
      <w:r w:rsidRPr="00C42C1A">
        <w:rPr>
          <w:rFonts w:cs="Times New Roman"/>
          <w:sz w:val="28"/>
          <w:szCs w:val="28"/>
          <w:lang w:val="ru-RU"/>
        </w:rPr>
        <w:t>івних прав та можливостей жінок і чоловіків»;</w:t>
      </w:r>
    </w:p>
    <w:p w:rsidR="00A073CD" w:rsidRPr="00C42C1A" w:rsidRDefault="008E208A" w:rsidP="00087707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t>Закону України «Про охорону дитинства»;</w:t>
      </w:r>
    </w:p>
    <w:p w:rsidR="00A073CD" w:rsidRPr="00C42C1A" w:rsidRDefault="008E208A" w:rsidP="00087707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t xml:space="preserve">Закону України «Про </w:t>
      </w:r>
      <w:proofErr w:type="gramStart"/>
      <w:r w:rsidRPr="00C42C1A">
        <w:rPr>
          <w:rFonts w:cs="Times New Roman"/>
          <w:sz w:val="28"/>
          <w:szCs w:val="28"/>
          <w:lang w:val="ru-RU"/>
        </w:rPr>
        <w:t>соц</w:t>
      </w:r>
      <w:proofErr w:type="gramEnd"/>
      <w:r w:rsidRPr="00C42C1A">
        <w:rPr>
          <w:rFonts w:cs="Times New Roman"/>
          <w:sz w:val="28"/>
          <w:szCs w:val="28"/>
          <w:lang w:val="ru-RU"/>
        </w:rPr>
        <w:t>іальні послуги»;</w:t>
      </w:r>
    </w:p>
    <w:p w:rsidR="00A073CD" w:rsidRPr="00C42C1A" w:rsidRDefault="008E208A" w:rsidP="00087707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t>Закону України «Про Національну поліцію»;</w:t>
      </w:r>
    </w:p>
    <w:p w:rsidR="00A073CD" w:rsidRPr="00C42C1A" w:rsidRDefault="008E208A" w:rsidP="00087707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t>Закону України «Про освіту»;</w:t>
      </w:r>
    </w:p>
    <w:p w:rsidR="00A073CD" w:rsidRPr="00C42C1A" w:rsidRDefault="008E208A" w:rsidP="00087707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t>постанов Кабінету Міні</w:t>
      </w:r>
      <w:proofErr w:type="gramStart"/>
      <w:r w:rsidRPr="00C42C1A">
        <w:rPr>
          <w:rFonts w:cs="Times New Roman"/>
          <w:sz w:val="28"/>
          <w:szCs w:val="28"/>
          <w:lang w:val="ru-RU"/>
        </w:rPr>
        <w:t>стр</w:t>
      </w:r>
      <w:proofErr w:type="gramEnd"/>
      <w:r w:rsidRPr="00C42C1A">
        <w:rPr>
          <w:rFonts w:cs="Times New Roman"/>
          <w:sz w:val="28"/>
          <w:szCs w:val="28"/>
          <w:lang w:val="ru-RU"/>
        </w:rPr>
        <w:t>ів України та наказів центральних органів виконавчої влади у сфері запобігання та протидії насильству;</w:t>
      </w:r>
    </w:p>
    <w:p w:rsidR="00A073CD" w:rsidRDefault="008E208A" w:rsidP="00087707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t>інших нормативно-правових актів України.</w:t>
      </w:r>
    </w:p>
    <w:p w:rsidR="00087707" w:rsidRPr="00C42C1A" w:rsidRDefault="00087707" w:rsidP="00087707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:rsidR="00A073CD" w:rsidRPr="00087707" w:rsidRDefault="008E208A" w:rsidP="00087707">
      <w:pPr>
        <w:pStyle w:val="ae"/>
        <w:numPr>
          <w:ilvl w:val="0"/>
          <w:numId w:val="11"/>
        </w:numPr>
        <w:spacing w:after="0" w:line="240" w:lineRule="auto"/>
        <w:jc w:val="center"/>
        <w:rPr>
          <w:rFonts w:cs="Times New Roman"/>
          <w:b/>
          <w:sz w:val="28"/>
          <w:szCs w:val="28"/>
          <w:lang w:val="ru-RU"/>
        </w:rPr>
      </w:pPr>
      <w:r w:rsidRPr="00087707">
        <w:rPr>
          <w:rFonts w:cs="Times New Roman"/>
          <w:b/>
          <w:sz w:val="28"/>
          <w:szCs w:val="28"/>
          <w:lang w:val="ru-RU"/>
        </w:rPr>
        <w:t>ВИЗНАЧЕННЯ ПРОБЛЕМИ</w:t>
      </w:r>
    </w:p>
    <w:p w:rsidR="00087707" w:rsidRPr="00087707" w:rsidRDefault="00087707" w:rsidP="00087707">
      <w:pPr>
        <w:pStyle w:val="ae"/>
        <w:spacing w:after="0" w:line="240" w:lineRule="auto"/>
        <w:rPr>
          <w:rFonts w:cs="Times New Roman"/>
          <w:sz w:val="28"/>
          <w:szCs w:val="28"/>
          <w:lang w:val="ru-RU"/>
        </w:rPr>
      </w:pPr>
    </w:p>
    <w:p w:rsidR="00A073CD" w:rsidRPr="00C42C1A" w:rsidRDefault="008E208A" w:rsidP="00087707">
      <w:pPr>
        <w:spacing w:after="0" w:line="240" w:lineRule="auto"/>
        <w:ind w:firstLine="720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t xml:space="preserve">Насильство є однією з найбільш поширених </w:t>
      </w:r>
      <w:proofErr w:type="gramStart"/>
      <w:r w:rsidRPr="00C42C1A">
        <w:rPr>
          <w:rFonts w:cs="Times New Roman"/>
          <w:sz w:val="28"/>
          <w:szCs w:val="28"/>
          <w:lang w:val="ru-RU"/>
        </w:rPr>
        <w:t>соц</w:t>
      </w:r>
      <w:proofErr w:type="gramEnd"/>
      <w:r w:rsidRPr="00C42C1A">
        <w:rPr>
          <w:rFonts w:cs="Times New Roman"/>
          <w:sz w:val="28"/>
          <w:szCs w:val="28"/>
          <w:lang w:val="ru-RU"/>
        </w:rPr>
        <w:t>іальних проблем, яка негативно впливає на фізичне та психологічне здоров’я людини, порушує її права та може мати довготривалі негативні наслідки.</w:t>
      </w:r>
    </w:p>
    <w:p w:rsidR="00A073CD" w:rsidRPr="00C42C1A" w:rsidRDefault="008E208A" w:rsidP="00087707">
      <w:pPr>
        <w:spacing w:after="0" w:line="240" w:lineRule="auto"/>
        <w:ind w:firstLine="720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t xml:space="preserve">Особливої уваги потребують питання захисту дітей, жінок, </w:t>
      </w:r>
      <w:proofErr w:type="gramStart"/>
      <w:r w:rsidRPr="00C42C1A">
        <w:rPr>
          <w:rFonts w:cs="Times New Roman"/>
          <w:sz w:val="28"/>
          <w:szCs w:val="28"/>
          <w:lang w:val="ru-RU"/>
        </w:rPr>
        <w:t>осіб</w:t>
      </w:r>
      <w:proofErr w:type="gramEnd"/>
      <w:r w:rsidRPr="00C42C1A">
        <w:rPr>
          <w:rFonts w:cs="Times New Roman"/>
          <w:sz w:val="28"/>
          <w:szCs w:val="28"/>
          <w:lang w:val="ru-RU"/>
        </w:rPr>
        <w:t xml:space="preserve"> похилого віку, осіб з інвалідністю, осіб, які перебувають у складних життєвих обставинах, та інших категорій населення, які можуть бути більш вразливими до проявів насильства.</w:t>
      </w:r>
    </w:p>
    <w:p w:rsidR="00A073CD" w:rsidRPr="00C42C1A" w:rsidRDefault="008E208A" w:rsidP="00087707">
      <w:pPr>
        <w:spacing w:after="0" w:line="240" w:lineRule="auto"/>
        <w:ind w:firstLine="720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t xml:space="preserve">В умовах воєнного стану ризики насильства можуть посилюватися через вимушене переміщення населення, розрив </w:t>
      </w:r>
      <w:proofErr w:type="gramStart"/>
      <w:r w:rsidRPr="00C42C1A">
        <w:rPr>
          <w:rFonts w:cs="Times New Roman"/>
          <w:sz w:val="28"/>
          <w:szCs w:val="28"/>
          <w:lang w:val="ru-RU"/>
        </w:rPr>
        <w:t>соц</w:t>
      </w:r>
      <w:proofErr w:type="gramEnd"/>
      <w:r w:rsidRPr="00C42C1A">
        <w:rPr>
          <w:rFonts w:cs="Times New Roman"/>
          <w:sz w:val="28"/>
          <w:szCs w:val="28"/>
          <w:lang w:val="ru-RU"/>
        </w:rPr>
        <w:t>іальних зв’язків, психологічне навантаження, втрату житла, роботи та звичного способу життя.</w:t>
      </w:r>
    </w:p>
    <w:p w:rsidR="00A073CD" w:rsidRDefault="008E208A" w:rsidP="00087707">
      <w:pPr>
        <w:spacing w:after="0" w:line="240" w:lineRule="auto"/>
        <w:ind w:firstLine="720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t xml:space="preserve">У зв’язку з цим необхідним є забезпечення системної </w:t>
      </w:r>
      <w:proofErr w:type="gramStart"/>
      <w:r w:rsidRPr="00C42C1A">
        <w:rPr>
          <w:rFonts w:cs="Times New Roman"/>
          <w:sz w:val="28"/>
          <w:szCs w:val="28"/>
          <w:lang w:val="ru-RU"/>
        </w:rPr>
        <w:t>проф</w:t>
      </w:r>
      <w:proofErr w:type="gramEnd"/>
      <w:r w:rsidRPr="00C42C1A">
        <w:rPr>
          <w:rFonts w:cs="Times New Roman"/>
          <w:sz w:val="28"/>
          <w:szCs w:val="28"/>
          <w:lang w:val="ru-RU"/>
        </w:rPr>
        <w:t>ілактичної роботи, підвищення обізнаності населення, своєчасного виявлення випадків насильства та налагодження ефективної взаємодії між суб’єктами, які здійснюють заходи у цій сфері.</w:t>
      </w:r>
    </w:p>
    <w:p w:rsidR="00087707" w:rsidRPr="00C42C1A" w:rsidRDefault="00087707" w:rsidP="00087707">
      <w:pPr>
        <w:spacing w:after="0" w:line="240" w:lineRule="auto"/>
        <w:ind w:firstLine="720"/>
        <w:jc w:val="both"/>
        <w:rPr>
          <w:rFonts w:cs="Times New Roman"/>
          <w:sz w:val="28"/>
          <w:szCs w:val="28"/>
          <w:lang w:val="ru-RU"/>
        </w:rPr>
      </w:pPr>
    </w:p>
    <w:p w:rsidR="00A073CD" w:rsidRPr="00087707" w:rsidRDefault="008E208A" w:rsidP="00087707">
      <w:pPr>
        <w:pStyle w:val="ae"/>
        <w:numPr>
          <w:ilvl w:val="0"/>
          <w:numId w:val="11"/>
        </w:numPr>
        <w:spacing w:after="0" w:line="240" w:lineRule="auto"/>
        <w:jc w:val="center"/>
        <w:rPr>
          <w:rFonts w:cs="Times New Roman"/>
          <w:b/>
          <w:sz w:val="28"/>
          <w:szCs w:val="28"/>
          <w:lang w:val="ru-RU"/>
        </w:rPr>
      </w:pPr>
      <w:r w:rsidRPr="00087707">
        <w:rPr>
          <w:rFonts w:cs="Times New Roman"/>
          <w:b/>
          <w:sz w:val="28"/>
          <w:szCs w:val="28"/>
          <w:lang w:val="ru-RU"/>
        </w:rPr>
        <w:t>МЕТА ПРОГРАМИ</w:t>
      </w:r>
    </w:p>
    <w:p w:rsidR="00087707" w:rsidRPr="00087707" w:rsidRDefault="00087707" w:rsidP="00087707">
      <w:pPr>
        <w:pStyle w:val="ae"/>
        <w:spacing w:after="0" w:line="240" w:lineRule="auto"/>
        <w:rPr>
          <w:rFonts w:cs="Times New Roman"/>
          <w:sz w:val="28"/>
          <w:szCs w:val="28"/>
          <w:lang w:val="ru-RU"/>
        </w:rPr>
      </w:pPr>
    </w:p>
    <w:p w:rsidR="00A073CD" w:rsidRDefault="008E208A" w:rsidP="00087707">
      <w:pPr>
        <w:spacing w:after="0" w:line="240" w:lineRule="auto"/>
        <w:ind w:firstLine="720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t xml:space="preserve">Метою Програми є створення ефективної системи запобігання та протидії насильству на території Василівської міської територіальної громади, забезпечення своєчасного виявлення випадків насильства, належного реагування на них, захисту прав та інтересів постраждалих осіб та формування </w:t>
      </w:r>
      <w:proofErr w:type="gramStart"/>
      <w:r w:rsidRPr="00C42C1A">
        <w:rPr>
          <w:rFonts w:cs="Times New Roman"/>
          <w:sz w:val="28"/>
          <w:szCs w:val="28"/>
          <w:lang w:val="ru-RU"/>
        </w:rPr>
        <w:t>нетерпимого</w:t>
      </w:r>
      <w:proofErr w:type="gramEnd"/>
      <w:r w:rsidRPr="00C42C1A">
        <w:rPr>
          <w:rFonts w:cs="Times New Roman"/>
          <w:sz w:val="28"/>
          <w:szCs w:val="28"/>
          <w:lang w:val="ru-RU"/>
        </w:rPr>
        <w:t xml:space="preserve"> ставлення до насильства.</w:t>
      </w:r>
    </w:p>
    <w:p w:rsidR="00087707" w:rsidRPr="00C42C1A" w:rsidRDefault="00087707" w:rsidP="00087707">
      <w:pPr>
        <w:spacing w:after="0" w:line="240" w:lineRule="auto"/>
        <w:ind w:firstLine="720"/>
        <w:jc w:val="both"/>
        <w:rPr>
          <w:rFonts w:cs="Times New Roman"/>
          <w:sz w:val="28"/>
          <w:szCs w:val="28"/>
          <w:lang w:val="ru-RU"/>
        </w:rPr>
      </w:pPr>
    </w:p>
    <w:p w:rsidR="00A073CD" w:rsidRPr="00087707" w:rsidRDefault="008E208A" w:rsidP="00087707">
      <w:pPr>
        <w:pStyle w:val="ae"/>
        <w:numPr>
          <w:ilvl w:val="0"/>
          <w:numId w:val="11"/>
        </w:numPr>
        <w:spacing w:after="0" w:line="240" w:lineRule="auto"/>
        <w:jc w:val="center"/>
        <w:rPr>
          <w:rFonts w:cs="Times New Roman"/>
          <w:b/>
          <w:sz w:val="28"/>
          <w:szCs w:val="28"/>
          <w:lang w:val="ru-RU"/>
        </w:rPr>
      </w:pPr>
      <w:r w:rsidRPr="00087707">
        <w:rPr>
          <w:rFonts w:cs="Times New Roman"/>
          <w:b/>
          <w:sz w:val="28"/>
          <w:szCs w:val="28"/>
          <w:lang w:val="ru-RU"/>
        </w:rPr>
        <w:t>ОСНОВНІ ЗАВДАННЯ ПРОГРАМИ</w:t>
      </w:r>
    </w:p>
    <w:p w:rsidR="00087707" w:rsidRPr="00087707" w:rsidRDefault="00087707" w:rsidP="00087707">
      <w:pPr>
        <w:pStyle w:val="ae"/>
        <w:spacing w:after="0" w:line="240" w:lineRule="auto"/>
        <w:rPr>
          <w:rFonts w:cs="Times New Roman"/>
          <w:sz w:val="28"/>
          <w:szCs w:val="28"/>
          <w:lang w:val="ru-RU"/>
        </w:rPr>
      </w:pPr>
    </w:p>
    <w:p w:rsidR="00A073CD" w:rsidRPr="00C42C1A" w:rsidRDefault="00C42C1A" w:rsidP="00087707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6.</w:t>
      </w:r>
      <w:r w:rsidR="008E208A" w:rsidRPr="00C42C1A">
        <w:rPr>
          <w:rFonts w:cs="Times New Roman"/>
          <w:sz w:val="28"/>
          <w:szCs w:val="28"/>
          <w:lang w:val="ru-RU"/>
        </w:rPr>
        <w:t xml:space="preserve">1. </w:t>
      </w:r>
      <w:proofErr w:type="gramStart"/>
      <w:r w:rsidR="008E208A" w:rsidRPr="00C42C1A">
        <w:rPr>
          <w:rFonts w:cs="Times New Roman"/>
          <w:sz w:val="28"/>
          <w:szCs w:val="28"/>
          <w:lang w:val="ru-RU"/>
        </w:rPr>
        <w:t>П</w:t>
      </w:r>
      <w:proofErr w:type="gramEnd"/>
      <w:r w:rsidR="008E208A" w:rsidRPr="00C42C1A">
        <w:rPr>
          <w:rFonts w:cs="Times New Roman"/>
          <w:sz w:val="28"/>
          <w:szCs w:val="28"/>
          <w:lang w:val="ru-RU"/>
        </w:rPr>
        <w:t>ідвищення рівня обізнаності населення щодо проблеми насильства.</w:t>
      </w:r>
    </w:p>
    <w:p w:rsidR="00A073CD" w:rsidRPr="00C42C1A" w:rsidRDefault="00C42C1A" w:rsidP="00087707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6.</w:t>
      </w:r>
      <w:r w:rsidR="008E208A" w:rsidRPr="00C42C1A">
        <w:rPr>
          <w:rFonts w:cs="Times New Roman"/>
          <w:sz w:val="28"/>
          <w:szCs w:val="28"/>
          <w:lang w:val="ru-RU"/>
        </w:rPr>
        <w:t>2. Формування нетерпимого ставлення до будь-яких проявів насильства.</w:t>
      </w:r>
    </w:p>
    <w:p w:rsidR="00A073CD" w:rsidRPr="00C42C1A" w:rsidRDefault="00C42C1A" w:rsidP="00087707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6.</w:t>
      </w:r>
      <w:r w:rsidR="008E208A" w:rsidRPr="00C42C1A">
        <w:rPr>
          <w:rFonts w:cs="Times New Roman"/>
          <w:sz w:val="28"/>
          <w:szCs w:val="28"/>
          <w:lang w:val="ru-RU"/>
        </w:rPr>
        <w:t>3. Поширення інформації про види насильства, його ознаки та механізми захисту.</w:t>
      </w:r>
    </w:p>
    <w:p w:rsidR="00A073CD" w:rsidRPr="00C42C1A" w:rsidRDefault="00C42C1A" w:rsidP="00087707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lastRenderedPageBreak/>
        <w:t>6.</w:t>
      </w:r>
      <w:r w:rsidR="008E208A" w:rsidRPr="00C42C1A">
        <w:rPr>
          <w:rFonts w:cs="Times New Roman"/>
          <w:sz w:val="28"/>
          <w:szCs w:val="28"/>
          <w:lang w:val="ru-RU"/>
        </w:rPr>
        <w:t xml:space="preserve">4. Інформування населення про можливість отримання </w:t>
      </w:r>
      <w:proofErr w:type="gramStart"/>
      <w:r w:rsidR="008E208A" w:rsidRPr="00C42C1A">
        <w:rPr>
          <w:rFonts w:cs="Times New Roman"/>
          <w:sz w:val="28"/>
          <w:szCs w:val="28"/>
          <w:lang w:val="ru-RU"/>
        </w:rPr>
        <w:t>соц</w:t>
      </w:r>
      <w:proofErr w:type="gramEnd"/>
      <w:r w:rsidR="008E208A" w:rsidRPr="00C42C1A">
        <w:rPr>
          <w:rFonts w:cs="Times New Roman"/>
          <w:sz w:val="28"/>
          <w:szCs w:val="28"/>
          <w:lang w:val="ru-RU"/>
        </w:rPr>
        <w:t>іальної, психологічної, правової та іншої допомоги.</w:t>
      </w:r>
    </w:p>
    <w:p w:rsidR="00A073CD" w:rsidRPr="00C42C1A" w:rsidRDefault="00C42C1A" w:rsidP="00087707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6.</w:t>
      </w:r>
      <w:r w:rsidR="008E208A" w:rsidRPr="00C42C1A">
        <w:rPr>
          <w:rFonts w:cs="Times New Roman"/>
          <w:sz w:val="28"/>
          <w:szCs w:val="28"/>
          <w:lang w:val="ru-RU"/>
        </w:rPr>
        <w:t>5. Забезпечення своєчасного виявлення випадків домашнього насильства та насильства за ознакою статі.</w:t>
      </w:r>
    </w:p>
    <w:p w:rsidR="00A073CD" w:rsidRPr="00C42C1A" w:rsidRDefault="00C42C1A" w:rsidP="00087707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6.</w:t>
      </w:r>
      <w:r w:rsidR="008E208A" w:rsidRPr="00C42C1A">
        <w:rPr>
          <w:rFonts w:cs="Times New Roman"/>
          <w:sz w:val="28"/>
          <w:szCs w:val="28"/>
          <w:lang w:val="ru-RU"/>
        </w:rPr>
        <w:t>6. Забезпечення належного реагування на випадки насильства відповідно до законодавства.</w:t>
      </w:r>
    </w:p>
    <w:p w:rsidR="00A073CD" w:rsidRPr="00C42C1A" w:rsidRDefault="00C42C1A" w:rsidP="00087707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6.</w:t>
      </w:r>
      <w:r w:rsidR="008E208A" w:rsidRPr="00C42C1A">
        <w:rPr>
          <w:rFonts w:cs="Times New Roman"/>
          <w:sz w:val="28"/>
          <w:szCs w:val="28"/>
          <w:lang w:val="ru-RU"/>
        </w:rPr>
        <w:t>7. Посилення захисту дітей від усіх форм насильства та жорстокого поводження.</w:t>
      </w:r>
    </w:p>
    <w:p w:rsidR="00A073CD" w:rsidRPr="00C42C1A" w:rsidRDefault="00B120FC" w:rsidP="00087707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6.</w:t>
      </w:r>
      <w:r w:rsidR="008E208A" w:rsidRPr="00C42C1A">
        <w:rPr>
          <w:rFonts w:cs="Times New Roman"/>
          <w:sz w:val="28"/>
          <w:szCs w:val="28"/>
          <w:lang w:val="ru-RU"/>
        </w:rPr>
        <w:t xml:space="preserve">8. Проведення </w:t>
      </w:r>
      <w:proofErr w:type="gramStart"/>
      <w:r w:rsidR="008E208A" w:rsidRPr="00C42C1A">
        <w:rPr>
          <w:rFonts w:cs="Times New Roman"/>
          <w:sz w:val="28"/>
          <w:szCs w:val="28"/>
          <w:lang w:val="ru-RU"/>
        </w:rPr>
        <w:t>проф</w:t>
      </w:r>
      <w:proofErr w:type="gramEnd"/>
      <w:r w:rsidR="008E208A" w:rsidRPr="00C42C1A">
        <w:rPr>
          <w:rFonts w:cs="Times New Roman"/>
          <w:sz w:val="28"/>
          <w:szCs w:val="28"/>
          <w:lang w:val="ru-RU"/>
        </w:rPr>
        <w:t>ілактичної роботи з сім’ями, які перебувають у складних життєвих обставинах.</w:t>
      </w:r>
    </w:p>
    <w:p w:rsidR="00A073CD" w:rsidRPr="00C42C1A" w:rsidRDefault="00B120FC" w:rsidP="00087707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6.</w:t>
      </w:r>
      <w:r w:rsidR="008E208A" w:rsidRPr="00C42C1A">
        <w:rPr>
          <w:rFonts w:cs="Times New Roman"/>
          <w:sz w:val="28"/>
          <w:szCs w:val="28"/>
          <w:lang w:val="ru-RU"/>
        </w:rPr>
        <w:t xml:space="preserve">9. Забезпечення доступу постраждалих осіб до необхідних </w:t>
      </w:r>
      <w:proofErr w:type="gramStart"/>
      <w:r w:rsidR="008E208A" w:rsidRPr="00C42C1A">
        <w:rPr>
          <w:rFonts w:cs="Times New Roman"/>
          <w:sz w:val="28"/>
          <w:szCs w:val="28"/>
          <w:lang w:val="ru-RU"/>
        </w:rPr>
        <w:t>соц</w:t>
      </w:r>
      <w:proofErr w:type="gramEnd"/>
      <w:r w:rsidR="008E208A" w:rsidRPr="00C42C1A">
        <w:rPr>
          <w:rFonts w:cs="Times New Roman"/>
          <w:sz w:val="28"/>
          <w:szCs w:val="28"/>
          <w:lang w:val="ru-RU"/>
        </w:rPr>
        <w:t>іальних послуг.</w:t>
      </w:r>
    </w:p>
    <w:p w:rsidR="00A073CD" w:rsidRPr="00C42C1A" w:rsidRDefault="00B120FC" w:rsidP="00087707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6.</w:t>
      </w:r>
      <w:r w:rsidR="008E208A" w:rsidRPr="00C42C1A">
        <w:rPr>
          <w:rFonts w:cs="Times New Roman"/>
          <w:sz w:val="28"/>
          <w:szCs w:val="28"/>
          <w:lang w:val="ru-RU"/>
        </w:rPr>
        <w:t xml:space="preserve">10. </w:t>
      </w:r>
      <w:proofErr w:type="gramStart"/>
      <w:r w:rsidR="008E208A" w:rsidRPr="00C42C1A">
        <w:rPr>
          <w:rFonts w:cs="Times New Roman"/>
          <w:sz w:val="28"/>
          <w:szCs w:val="28"/>
          <w:lang w:val="ru-RU"/>
        </w:rPr>
        <w:t>П</w:t>
      </w:r>
      <w:proofErr w:type="gramEnd"/>
      <w:r w:rsidR="008E208A" w:rsidRPr="00C42C1A">
        <w:rPr>
          <w:rFonts w:cs="Times New Roman"/>
          <w:sz w:val="28"/>
          <w:szCs w:val="28"/>
          <w:lang w:val="ru-RU"/>
        </w:rPr>
        <w:t>ідвищення професійної компетентності працівників, які працюють із постраждалими особами.</w:t>
      </w:r>
    </w:p>
    <w:p w:rsidR="00A073CD" w:rsidRPr="00C42C1A" w:rsidRDefault="00B120FC" w:rsidP="00087707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6.</w:t>
      </w:r>
      <w:r w:rsidR="008E208A" w:rsidRPr="00C42C1A">
        <w:rPr>
          <w:rFonts w:cs="Times New Roman"/>
          <w:sz w:val="28"/>
          <w:szCs w:val="28"/>
          <w:lang w:val="ru-RU"/>
        </w:rPr>
        <w:t>11. Удосконалення міжвідомчої взаємодії.</w:t>
      </w:r>
    </w:p>
    <w:p w:rsidR="00A073CD" w:rsidRDefault="00B120FC" w:rsidP="00087707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6.</w:t>
      </w:r>
      <w:r w:rsidR="008E208A" w:rsidRPr="00C42C1A">
        <w:rPr>
          <w:rFonts w:cs="Times New Roman"/>
          <w:sz w:val="28"/>
          <w:szCs w:val="28"/>
          <w:lang w:val="ru-RU"/>
        </w:rPr>
        <w:t xml:space="preserve">12. Залучення до </w:t>
      </w:r>
      <w:proofErr w:type="gramStart"/>
      <w:r w:rsidR="008E208A" w:rsidRPr="00C42C1A">
        <w:rPr>
          <w:rFonts w:cs="Times New Roman"/>
          <w:sz w:val="28"/>
          <w:szCs w:val="28"/>
          <w:lang w:val="ru-RU"/>
        </w:rPr>
        <w:t>проф</w:t>
      </w:r>
      <w:proofErr w:type="gramEnd"/>
      <w:r w:rsidR="008E208A" w:rsidRPr="00C42C1A">
        <w:rPr>
          <w:rFonts w:cs="Times New Roman"/>
          <w:sz w:val="28"/>
          <w:szCs w:val="28"/>
          <w:lang w:val="ru-RU"/>
        </w:rPr>
        <w:t>ілактичної роботи громадських, благодійних та міжнародних організацій.</w:t>
      </w:r>
    </w:p>
    <w:p w:rsidR="00087707" w:rsidRPr="00C42C1A" w:rsidRDefault="00087707" w:rsidP="00087707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:rsidR="00A073CD" w:rsidRPr="00087707" w:rsidRDefault="008E208A" w:rsidP="00087707">
      <w:pPr>
        <w:pStyle w:val="ae"/>
        <w:numPr>
          <w:ilvl w:val="0"/>
          <w:numId w:val="11"/>
        </w:numPr>
        <w:spacing w:after="0" w:line="240" w:lineRule="auto"/>
        <w:jc w:val="center"/>
        <w:rPr>
          <w:rFonts w:cs="Times New Roman"/>
          <w:b/>
          <w:sz w:val="28"/>
          <w:szCs w:val="28"/>
          <w:lang w:val="ru-RU"/>
        </w:rPr>
      </w:pPr>
      <w:r w:rsidRPr="00087707">
        <w:rPr>
          <w:rFonts w:cs="Times New Roman"/>
          <w:b/>
          <w:sz w:val="28"/>
          <w:szCs w:val="28"/>
          <w:lang w:val="ru-RU"/>
        </w:rPr>
        <w:t>ОСНОВНІ НАПРЯМИ РЕАЛІЗАЦІЇ ПРОГРАМИ</w:t>
      </w:r>
    </w:p>
    <w:p w:rsidR="00087707" w:rsidRPr="00087707" w:rsidRDefault="00087707" w:rsidP="00087707">
      <w:pPr>
        <w:pStyle w:val="ae"/>
        <w:spacing w:after="0" w:line="240" w:lineRule="auto"/>
        <w:rPr>
          <w:rFonts w:cs="Times New Roman"/>
          <w:sz w:val="28"/>
          <w:szCs w:val="28"/>
          <w:lang w:val="ru-RU"/>
        </w:rPr>
      </w:pPr>
    </w:p>
    <w:p w:rsidR="00A073CD" w:rsidRPr="00C42C1A" w:rsidRDefault="008E208A" w:rsidP="00087707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b/>
          <w:sz w:val="28"/>
          <w:szCs w:val="28"/>
          <w:lang w:val="ru-RU"/>
        </w:rPr>
        <w:t>7.1. Інформаційно-просвітницька робота</w:t>
      </w:r>
    </w:p>
    <w:p w:rsidR="00A073CD" w:rsidRPr="00C42C1A" w:rsidRDefault="008E208A" w:rsidP="00087707">
      <w:pPr>
        <w:spacing w:after="0" w:line="240" w:lineRule="auto"/>
        <w:ind w:firstLine="720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t xml:space="preserve">Передбачається поширення інформаційних </w:t>
      </w:r>
      <w:proofErr w:type="gramStart"/>
      <w:r w:rsidRPr="00C42C1A">
        <w:rPr>
          <w:rFonts w:cs="Times New Roman"/>
          <w:sz w:val="28"/>
          <w:szCs w:val="28"/>
          <w:lang w:val="ru-RU"/>
        </w:rPr>
        <w:t>матер</w:t>
      </w:r>
      <w:proofErr w:type="gramEnd"/>
      <w:r w:rsidRPr="00C42C1A">
        <w:rPr>
          <w:rFonts w:cs="Times New Roman"/>
          <w:sz w:val="28"/>
          <w:szCs w:val="28"/>
          <w:lang w:val="ru-RU"/>
        </w:rPr>
        <w:t xml:space="preserve">іалів щодо запобігання та протидії насильству; розміщення відповідної інформації на офіційних інформаційних ресурсах громади; проведення інформаційно-просвітницьких заходів; інформування населення про права постраждалих осіб; поширення інформації про телефони довіри та служби допомоги; проведення інформаційних кампаній, </w:t>
      </w:r>
      <w:proofErr w:type="gramStart"/>
      <w:r w:rsidRPr="00C42C1A">
        <w:rPr>
          <w:rFonts w:cs="Times New Roman"/>
          <w:sz w:val="28"/>
          <w:szCs w:val="28"/>
          <w:lang w:val="ru-RU"/>
        </w:rPr>
        <w:t>у</w:t>
      </w:r>
      <w:proofErr w:type="gramEnd"/>
      <w:r w:rsidRPr="00C42C1A">
        <w:rPr>
          <w:rFonts w:cs="Times New Roman"/>
          <w:sz w:val="28"/>
          <w:szCs w:val="28"/>
          <w:lang w:val="ru-RU"/>
        </w:rPr>
        <w:t xml:space="preserve"> тому числі щорічної Всеукраїнської акції «16 днів проти насильства».</w:t>
      </w:r>
    </w:p>
    <w:p w:rsidR="00A073CD" w:rsidRPr="00C42C1A" w:rsidRDefault="008E208A" w:rsidP="00087707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b/>
          <w:sz w:val="28"/>
          <w:szCs w:val="28"/>
          <w:lang w:val="ru-RU"/>
        </w:rPr>
        <w:t>7.2. Запобігання насильству щодо дітей</w:t>
      </w:r>
    </w:p>
    <w:p w:rsidR="00A073CD" w:rsidRPr="00C42C1A" w:rsidRDefault="008E208A" w:rsidP="00087707">
      <w:pPr>
        <w:spacing w:after="0" w:line="240" w:lineRule="auto"/>
        <w:ind w:firstLine="720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t xml:space="preserve">Особлива увага приділяється виявленню ознак насильства щодо дітей; проведенню </w:t>
      </w:r>
      <w:proofErr w:type="gramStart"/>
      <w:r w:rsidRPr="00C42C1A">
        <w:rPr>
          <w:rFonts w:cs="Times New Roman"/>
          <w:sz w:val="28"/>
          <w:szCs w:val="28"/>
          <w:lang w:val="ru-RU"/>
        </w:rPr>
        <w:t>проф</w:t>
      </w:r>
      <w:proofErr w:type="gramEnd"/>
      <w:r w:rsidRPr="00C42C1A">
        <w:rPr>
          <w:rFonts w:cs="Times New Roman"/>
          <w:sz w:val="28"/>
          <w:szCs w:val="28"/>
          <w:lang w:val="ru-RU"/>
        </w:rPr>
        <w:t>ілактичної роботи; формуванню у дітей навичок безпечної поведінки; інформуванню дітей про способи отримання допомоги; запобіганню булінгу; забезпеченню своєчасного реагування на випадки жорстокого поводження з дітьми; забезпеченню психологічної та соціальної підтримки дітей, які постраждали від насильства.</w:t>
      </w:r>
    </w:p>
    <w:p w:rsidR="00A073CD" w:rsidRPr="00C42C1A" w:rsidRDefault="008E208A" w:rsidP="00087707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b/>
          <w:sz w:val="28"/>
          <w:szCs w:val="28"/>
          <w:lang w:val="ru-RU"/>
        </w:rPr>
        <w:t>7.3. Допомога постраждалим особам</w:t>
      </w:r>
    </w:p>
    <w:p w:rsidR="00A073CD" w:rsidRPr="00C42C1A" w:rsidRDefault="008E208A" w:rsidP="00087707">
      <w:pPr>
        <w:spacing w:after="0" w:line="240" w:lineRule="auto"/>
        <w:ind w:firstLine="720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t xml:space="preserve">Забезпечується прийняття та розгляд звернень; визначення потреб постраждалих осіб; надання </w:t>
      </w:r>
      <w:proofErr w:type="gramStart"/>
      <w:r w:rsidRPr="00C42C1A">
        <w:rPr>
          <w:rFonts w:cs="Times New Roman"/>
          <w:sz w:val="28"/>
          <w:szCs w:val="28"/>
          <w:lang w:val="ru-RU"/>
        </w:rPr>
        <w:t>соц</w:t>
      </w:r>
      <w:proofErr w:type="gramEnd"/>
      <w:r w:rsidRPr="00C42C1A">
        <w:rPr>
          <w:rFonts w:cs="Times New Roman"/>
          <w:sz w:val="28"/>
          <w:szCs w:val="28"/>
          <w:lang w:val="ru-RU"/>
        </w:rPr>
        <w:t>іальних послуг; соціальний супровід; психологічна підтримка; правове консультування; інформування щодо доступних видів допомоги; перенаправлення до відповідних служб та установ; сприяння забезпеченню безпеки постраждалих осіб.</w:t>
      </w:r>
    </w:p>
    <w:p w:rsidR="00A073CD" w:rsidRPr="00C42C1A" w:rsidRDefault="008E208A" w:rsidP="00087707">
      <w:pPr>
        <w:spacing w:after="0" w:line="240" w:lineRule="auto"/>
        <w:ind w:firstLine="720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t xml:space="preserve">Для мешканців громади, які перемістилися за межі громади, передбачається сприяння в отриманні необхідної допомоги за місцем </w:t>
      </w:r>
      <w:proofErr w:type="gramStart"/>
      <w:r w:rsidRPr="00C42C1A">
        <w:rPr>
          <w:rFonts w:cs="Times New Roman"/>
          <w:sz w:val="28"/>
          <w:szCs w:val="28"/>
          <w:lang w:val="ru-RU"/>
        </w:rPr>
        <w:lastRenderedPageBreak/>
        <w:t>фактичного</w:t>
      </w:r>
      <w:proofErr w:type="gramEnd"/>
      <w:r w:rsidRPr="00C42C1A">
        <w:rPr>
          <w:rFonts w:cs="Times New Roman"/>
          <w:sz w:val="28"/>
          <w:szCs w:val="28"/>
          <w:lang w:val="ru-RU"/>
        </w:rPr>
        <w:t xml:space="preserve"> перебування та, за потреби, координація з відповідними службами інших територіальних громад.</w:t>
      </w:r>
    </w:p>
    <w:p w:rsidR="00A073CD" w:rsidRPr="00C42C1A" w:rsidRDefault="008E208A" w:rsidP="00087707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b/>
          <w:sz w:val="28"/>
          <w:szCs w:val="28"/>
          <w:lang w:val="ru-RU"/>
        </w:rPr>
        <w:t>7.4. Робота з кривдниками</w:t>
      </w:r>
    </w:p>
    <w:p w:rsidR="00A073CD" w:rsidRPr="00C42C1A" w:rsidRDefault="008E208A" w:rsidP="00087707">
      <w:pPr>
        <w:spacing w:after="0" w:line="240" w:lineRule="auto"/>
        <w:ind w:firstLine="720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t xml:space="preserve">У межах компетенції забезпечується взаємодія з органами Національної поліції України; сприяння направленню кривдників на відповідні програми; проведення </w:t>
      </w:r>
      <w:proofErr w:type="gramStart"/>
      <w:r w:rsidRPr="00C42C1A">
        <w:rPr>
          <w:rFonts w:cs="Times New Roman"/>
          <w:sz w:val="28"/>
          <w:szCs w:val="28"/>
          <w:lang w:val="ru-RU"/>
        </w:rPr>
        <w:t>проф</w:t>
      </w:r>
      <w:proofErr w:type="gramEnd"/>
      <w:r w:rsidRPr="00C42C1A">
        <w:rPr>
          <w:rFonts w:cs="Times New Roman"/>
          <w:sz w:val="28"/>
          <w:szCs w:val="28"/>
          <w:lang w:val="ru-RU"/>
        </w:rPr>
        <w:t>ілактичної роботи; сприяння недопущенню повторних випадків насильства.</w:t>
      </w:r>
    </w:p>
    <w:p w:rsidR="00A073CD" w:rsidRPr="00C42C1A" w:rsidRDefault="008E208A" w:rsidP="00087707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b/>
          <w:sz w:val="28"/>
          <w:szCs w:val="28"/>
          <w:lang w:val="ru-RU"/>
        </w:rPr>
        <w:t>7.5. Міжвідомча взаємодія</w:t>
      </w:r>
    </w:p>
    <w:p w:rsidR="00A073CD" w:rsidRPr="00C42C1A" w:rsidRDefault="008E208A" w:rsidP="00087707">
      <w:pPr>
        <w:spacing w:after="0" w:line="240" w:lineRule="auto"/>
        <w:ind w:firstLine="720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t xml:space="preserve">Забезпечується взаємодія між Василівською міською військовою </w:t>
      </w:r>
      <w:proofErr w:type="gramStart"/>
      <w:r w:rsidRPr="00C42C1A">
        <w:rPr>
          <w:rFonts w:cs="Times New Roman"/>
          <w:sz w:val="28"/>
          <w:szCs w:val="28"/>
          <w:lang w:val="ru-RU"/>
        </w:rPr>
        <w:t>адм</w:t>
      </w:r>
      <w:proofErr w:type="gramEnd"/>
      <w:r w:rsidRPr="00C42C1A">
        <w:rPr>
          <w:rFonts w:cs="Times New Roman"/>
          <w:sz w:val="28"/>
          <w:szCs w:val="28"/>
          <w:lang w:val="ru-RU"/>
        </w:rPr>
        <w:t>іністрацією; службою у справах дітей; структурними підрозділами у сфері соціального захисту; надавачами соціальних послуг; органами Національної поліції України; закладами охорони здоров’я; закладами освіти; іншими установами та організаціями; громадськими та благодійними організаціями.</w:t>
      </w:r>
    </w:p>
    <w:p w:rsidR="00A073CD" w:rsidRPr="00C42C1A" w:rsidRDefault="008E208A" w:rsidP="00B120FC">
      <w:pPr>
        <w:spacing w:before="160" w:after="80"/>
        <w:jc w:val="center"/>
        <w:rPr>
          <w:rFonts w:cs="Times New Roman"/>
          <w:sz w:val="28"/>
          <w:szCs w:val="28"/>
        </w:rPr>
      </w:pPr>
      <w:r w:rsidRPr="00C42C1A">
        <w:rPr>
          <w:rFonts w:cs="Times New Roman"/>
          <w:b/>
          <w:sz w:val="28"/>
          <w:szCs w:val="28"/>
        </w:rPr>
        <w:t>8. ПЕРЕЛІК ОСНОВНИХ ЗАХОДІВ ПРОГРАМИ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498"/>
        <w:gridCol w:w="4430"/>
        <w:gridCol w:w="2160"/>
        <w:gridCol w:w="2160"/>
      </w:tblGrid>
      <w:tr w:rsidR="00A073CD" w:rsidRPr="00C42C1A" w:rsidTr="00B120FC">
        <w:trPr>
          <w:jc w:val="center"/>
        </w:trPr>
        <w:tc>
          <w:tcPr>
            <w:tcW w:w="498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3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b/>
                <w:sz w:val="28"/>
                <w:szCs w:val="28"/>
              </w:rPr>
              <w:t>Зміст заходу</w:t>
            </w:r>
          </w:p>
        </w:tc>
        <w:tc>
          <w:tcPr>
            <w:tcW w:w="216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b/>
                <w:sz w:val="28"/>
                <w:szCs w:val="28"/>
              </w:rPr>
              <w:t>Термін виконання</w:t>
            </w:r>
          </w:p>
        </w:tc>
        <w:tc>
          <w:tcPr>
            <w:tcW w:w="216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b/>
                <w:sz w:val="28"/>
                <w:szCs w:val="28"/>
              </w:rPr>
              <w:t>Відповідальні</w:t>
            </w:r>
          </w:p>
        </w:tc>
      </w:tr>
      <w:tr w:rsidR="00A073CD" w:rsidRPr="00C42C1A" w:rsidTr="00B120FC">
        <w:trPr>
          <w:jc w:val="center"/>
        </w:trPr>
        <w:tc>
          <w:tcPr>
            <w:tcW w:w="498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443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C42C1A">
              <w:rPr>
                <w:rFonts w:cs="Times New Roman"/>
                <w:sz w:val="28"/>
                <w:szCs w:val="28"/>
                <w:lang w:val="ru-RU"/>
              </w:rPr>
              <w:t>Поширення інформації щодо запобігання та протидії насильству</w:t>
            </w:r>
          </w:p>
        </w:tc>
        <w:tc>
          <w:tcPr>
            <w:tcW w:w="216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Постійно</w:t>
            </w:r>
          </w:p>
        </w:tc>
        <w:tc>
          <w:tcPr>
            <w:tcW w:w="216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Василівська МВА</w:t>
            </w:r>
          </w:p>
        </w:tc>
      </w:tr>
      <w:tr w:rsidR="00A073CD" w:rsidRPr="00C42C1A" w:rsidTr="00B120FC">
        <w:trPr>
          <w:jc w:val="center"/>
        </w:trPr>
        <w:tc>
          <w:tcPr>
            <w:tcW w:w="498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443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C42C1A">
              <w:rPr>
                <w:rFonts w:cs="Times New Roman"/>
                <w:sz w:val="28"/>
                <w:szCs w:val="28"/>
                <w:lang w:val="ru-RU"/>
              </w:rPr>
              <w:t xml:space="preserve">Розміщення інформаційних </w:t>
            </w:r>
            <w:proofErr w:type="gramStart"/>
            <w:r w:rsidRPr="00C42C1A">
              <w:rPr>
                <w:rFonts w:cs="Times New Roman"/>
                <w:sz w:val="28"/>
                <w:szCs w:val="28"/>
                <w:lang w:val="ru-RU"/>
              </w:rPr>
              <w:t>матер</w:t>
            </w:r>
            <w:proofErr w:type="gramEnd"/>
            <w:r w:rsidRPr="00C42C1A">
              <w:rPr>
                <w:rFonts w:cs="Times New Roman"/>
                <w:sz w:val="28"/>
                <w:szCs w:val="28"/>
                <w:lang w:val="ru-RU"/>
              </w:rPr>
              <w:t>іалів на офіційних ресурсах громади</w:t>
            </w:r>
          </w:p>
        </w:tc>
        <w:tc>
          <w:tcPr>
            <w:tcW w:w="216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Постійно</w:t>
            </w:r>
          </w:p>
        </w:tc>
        <w:tc>
          <w:tcPr>
            <w:tcW w:w="216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Василівська МВА</w:t>
            </w:r>
          </w:p>
        </w:tc>
      </w:tr>
      <w:tr w:rsidR="00A073CD" w:rsidRPr="00087707" w:rsidTr="00B120FC">
        <w:trPr>
          <w:jc w:val="center"/>
        </w:trPr>
        <w:tc>
          <w:tcPr>
            <w:tcW w:w="498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443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Проведення інформаційно-просвітницьких заходів</w:t>
            </w:r>
          </w:p>
        </w:tc>
        <w:tc>
          <w:tcPr>
            <w:tcW w:w="216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Постійно</w:t>
            </w:r>
          </w:p>
        </w:tc>
        <w:tc>
          <w:tcPr>
            <w:tcW w:w="216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C42C1A">
              <w:rPr>
                <w:rFonts w:cs="Times New Roman"/>
                <w:sz w:val="28"/>
                <w:szCs w:val="28"/>
                <w:lang w:val="ru-RU"/>
              </w:rPr>
              <w:t xml:space="preserve">Василівська МВА, служба </w:t>
            </w:r>
            <w:proofErr w:type="gramStart"/>
            <w:r w:rsidRPr="00C42C1A">
              <w:rPr>
                <w:rFonts w:cs="Times New Roman"/>
                <w:sz w:val="28"/>
                <w:szCs w:val="28"/>
                <w:lang w:val="ru-RU"/>
              </w:rPr>
              <w:t>у</w:t>
            </w:r>
            <w:proofErr w:type="gramEnd"/>
            <w:r w:rsidRPr="00C42C1A">
              <w:rPr>
                <w:rFonts w:cs="Times New Roman"/>
                <w:sz w:val="28"/>
                <w:szCs w:val="28"/>
                <w:lang w:val="ru-RU"/>
              </w:rPr>
              <w:t xml:space="preserve"> справах дітей</w:t>
            </w:r>
            <w:r w:rsidR="00A70D08">
              <w:rPr>
                <w:rFonts w:cs="Times New Roman"/>
                <w:sz w:val="28"/>
                <w:szCs w:val="28"/>
                <w:lang w:val="ru-RU"/>
              </w:rPr>
              <w:t>, КУ «ЦНСП»</w:t>
            </w:r>
          </w:p>
        </w:tc>
      </w:tr>
      <w:tr w:rsidR="00A073CD" w:rsidRPr="00087707" w:rsidTr="00B120FC">
        <w:trPr>
          <w:jc w:val="center"/>
        </w:trPr>
        <w:tc>
          <w:tcPr>
            <w:tcW w:w="498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443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C42C1A">
              <w:rPr>
                <w:rFonts w:cs="Times New Roman"/>
                <w:sz w:val="28"/>
                <w:szCs w:val="28"/>
                <w:lang w:val="ru-RU"/>
              </w:rPr>
              <w:t xml:space="preserve">Проведення заходів </w:t>
            </w:r>
            <w:proofErr w:type="gramStart"/>
            <w:r w:rsidRPr="00C42C1A">
              <w:rPr>
                <w:rFonts w:cs="Times New Roman"/>
                <w:sz w:val="28"/>
                <w:szCs w:val="28"/>
                <w:lang w:val="ru-RU"/>
              </w:rPr>
              <w:t>у</w:t>
            </w:r>
            <w:proofErr w:type="gramEnd"/>
            <w:r w:rsidRPr="00C42C1A">
              <w:rPr>
                <w:rFonts w:cs="Times New Roman"/>
                <w:sz w:val="28"/>
                <w:szCs w:val="28"/>
                <w:lang w:val="ru-RU"/>
              </w:rPr>
              <w:t xml:space="preserve"> рамках акції «16 днів проти насильства»</w:t>
            </w:r>
          </w:p>
        </w:tc>
        <w:tc>
          <w:tcPr>
            <w:tcW w:w="216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Щороку</w:t>
            </w:r>
          </w:p>
        </w:tc>
        <w:tc>
          <w:tcPr>
            <w:tcW w:w="216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C42C1A">
              <w:rPr>
                <w:rFonts w:cs="Times New Roman"/>
                <w:sz w:val="28"/>
                <w:szCs w:val="28"/>
                <w:lang w:val="ru-RU"/>
              </w:rPr>
              <w:t xml:space="preserve">Василівська МВА, служба </w:t>
            </w:r>
            <w:proofErr w:type="gramStart"/>
            <w:r w:rsidRPr="00C42C1A">
              <w:rPr>
                <w:rFonts w:cs="Times New Roman"/>
                <w:sz w:val="28"/>
                <w:szCs w:val="28"/>
                <w:lang w:val="ru-RU"/>
              </w:rPr>
              <w:t>у</w:t>
            </w:r>
            <w:proofErr w:type="gramEnd"/>
            <w:r w:rsidRPr="00C42C1A">
              <w:rPr>
                <w:rFonts w:cs="Times New Roman"/>
                <w:sz w:val="28"/>
                <w:szCs w:val="28"/>
                <w:lang w:val="ru-RU"/>
              </w:rPr>
              <w:t xml:space="preserve"> справах дітей, </w:t>
            </w:r>
            <w:r w:rsidR="00B120FC">
              <w:rPr>
                <w:rFonts w:cs="Times New Roman"/>
                <w:sz w:val="28"/>
                <w:szCs w:val="28"/>
                <w:lang w:val="ru-RU"/>
              </w:rPr>
              <w:t xml:space="preserve">КУ «ЦНСП», </w:t>
            </w:r>
            <w:r w:rsidRPr="00C42C1A">
              <w:rPr>
                <w:rFonts w:cs="Times New Roman"/>
                <w:sz w:val="28"/>
                <w:szCs w:val="28"/>
                <w:lang w:val="ru-RU"/>
              </w:rPr>
              <w:t>заклади освіти</w:t>
            </w:r>
          </w:p>
        </w:tc>
      </w:tr>
      <w:tr w:rsidR="00A073CD" w:rsidRPr="00087707" w:rsidTr="00B120FC">
        <w:trPr>
          <w:jc w:val="center"/>
        </w:trPr>
        <w:tc>
          <w:tcPr>
            <w:tcW w:w="498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4430" w:type="dxa"/>
          </w:tcPr>
          <w:p w:rsidR="00B120FC" w:rsidRPr="00C42C1A" w:rsidRDefault="008E208A" w:rsidP="00A70D08">
            <w:pPr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C42C1A">
              <w:rPr>
                <w:rFonts w:cs="Times New Roman"/>
                <w:sz w:val="28"/>
                <w:szCs w:val="28"/>
                <w:lang w:val="ru-RU"/>
              </w:rPr>
              <w:t xml:space="preserve">Проведення </w:t>
            </w:r>
            <w:proofErr w:type="gramStart"/>
            <w:r w:rsidRPr="00C42C1A">
              <w:rPr>
                <w:rFonts w:cs="Times New Roman"/>
                <w:sz w:val="28"/>
                <w:szCs w:val="28"/>
                <w:lang w:val="ru-RU"/>
              </w:rPr>
              <w:t>проф</w:t>
            </w:r>
            <w:proofErr w:type="gramEnd"/>
            <w:r w:rsidRPr="00C42C1A">
              <w:rPr>
                <w:rFonts w:cs="Times New Roman"/>
                <w:sz w:val="28"/>
                <w:szCs w:val="28"/>
                <w:lang w:val="ru-RU"/>
              </w:rPr>
              <w:t>ілактичної роботи з дітьми щодо запобігання насильству</w:t>
            </w:r>
          </w:p>
        </w:tc>
        <w:tc>
          <w:tcPr>
            <w:tcW w:w="216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Постійно</w:t>
            </w:r>
          </w:p>
        </w:tc>
        <w:tc>
          <w:tcPr>
            <w:tcW w:w="216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C42C1A">
              <w:rPr>
                <w:rFonts w:cs="Times New Roman"/>
                <w:sz w:val="28"/>
                <w:szCs w:val="28"/>
                <w:lang w:val="ru-RU"/>
              </w:rPr>
              <w:t xml:space="preserve">Служба </w:t>
            </w:r>
            <w:proofErr w:type="gramStart"/>
            <w:r w:rsidRPr="00C42C1A">
              <w:rPr>
                <w:rFonts w:cs="Times New Roman"/>
                <w:sz w:val="28"/>
                <w:szCs w:val="28"/>
                <w:lang w:val="ru-RU"/>
              </w:rPr>
              <w:t>у</w:t>
            </w:r>
            <w:proofErr w:type="gramEnd"/>
            <w:r w:rsidRPr="00C42C1A">
              <w:rPr>
                <w:rFonts w:cs="Times New Roman"/>
                <w:sz w:val="28"/>
                <w:szCs w:val="28"/>
                <w:lang w:val="ru-RU"/>
              </w:rPr>
              <w:t xml:space="preserve"> справах дітей, заклади освіти</w:t>
            </w:r>
          </w:p>
        </w:tc>
      </w:tr>
      <w:tr w:rsidR="00A073CD" w:rsidRPr="00087707" w:rsidTr="00B120FC">
        <w:trPr>
          <w:jc w:val="center"/>
        </w:trPr>
        <w:tc>
          <w:tcPr>
            <w:tcW w:w="498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443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C42C1A">
              <w:rPr>
                <w:rFonts w:cs="Times New Roman"/>
                <w:sz w:val="28"/>
                <w:szCs w:val="28"/>
                <w:lang w:val="ru-RU"/>
              </w:rPr>
              <w:t>Інформування дітей та батькі</w:t>
            </w:r>
            <w:proofErr w:type="gramStart"/>
            <w:r w:rsidRPr="00C42C1A">
              <w:rPr>
                <w:rFonts w:cs="Times New Roman"/>
                <w:sz w:val="28"/>
                <w:szCs w:val="28"/>
                <w:lang w:val="ru-RU"/>
              </w:rPr>
              <w:t>в</w:t>
            </w:r>
            <w:proofErr w:type="gramEnd"/>
            <w:r w:rsidRPr="00C42C1A">
              <w:rPr>
                <w:rFonts w:cs="Times New Roman"/>
                <w:sz w:val="28"/>
                <w:szCs w:val="28"/>
                <w:lang w:val="ru-RU"/>
              </w:rPr>
              <w:t xml:space="preserve"> про механізми захисту від насильства</w:t>
            </w:r>
          </w:p>
        </w:tc>
        <w:tc>
          <w:tcPr>
            <w:tcW w:w="216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Постійно</w:t>
            </w:r>
          </w:p>
        </w:tc>
        <w:tc>
          <w:tcPr>
            <w:tcW w:w="216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C42C1A">
              <w:rPr>
                <w:rFonts w:cs="Times New Roman"/>
                <w:sz w:val="28"/>
                <w:szCs w:val="28"/>
                <w:lang w:val="ru-RU"/>
              </w:rPr>
              <w:t xml:space="preserve">Служба </w:t>
            </w:r>
            <w:proofErr w:type="gramStart"/>
            <w:r w:rsidRPr="00C42C1A">
              <w:rPr>
                <w:rFonts w:cs="Times New Roman"/>
                <w:sz w:val="28"/>
                <w:szCs w:val="28"/>
                <w:lang w:val="ru-RU"/>
              </w:rPr>
              <w:t>у</w:t>
            </w:r>
            <w:proofErr w:type="gramEnd"/>
            <w:r w:rsidRPr="00C42C1A">
              <w:rPr>
                <w:rFonts w:cs="Times New Roman"/>
                <w:sz w:val="28"/>
                <w:szCs w:val="28"/>
                <w:lang w:val="ru-RU"/>
              </w:rPr>
              <w:t xml:space="preserve"> справах дітей, </w:t>
            </w:r>
            <w:r w:rsidR="00B120FC">
              <w:rPr>
                <w:rFonts w:cs="Times New Roman"/>
                <w:sz w:val="28"/>
                <w:szCs w:val="28"/>
                <w:lang w:val="ru-RU"/>
              </w:rPr>
              <w:t xml:space="preserve">КУ «ЦНСП», </w:t>
            </w:r>
            <w:r w:rsidRPr="00C42C1A">
              <w:rPr>
                <w:rFonts w:cs="Times New Roman"/>
                <w:sz w:val="28"/>
                <w:szCs w:val="28"/>
                <w:lang w:val="ru-RU"/>
              </w:rPr>
              <w:t>заклади освіти</w:t>
            </w:r>
          </w:p>
        </w:tc>
      </w:tr>
      <w:tr w:rsidR="00A073CD" w:rsidRPr="00087707" w:rsidTr="00B120FC">
        <w:trPr>
          <w:jc w:val="center"/>
        </w:trPr>
        <w:tc>
          <w:tcPr>
            <w:tcW w:w="498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443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C42C1A">
              <w:rPr>
                <w:rFonts w:cs="Times New Roman"/>
                <w:sz w:val="28"/>
                <w:szCs w:val="28"/>
                <w:lang w:val="ru-RU"/>
              </w:rPr>
              <w:t xml:space="preserve">Виявлення </w:t>
            </w:r>
            <w:proofErr w:type="gramStart"/>
            <w:r w:rsidRPr="00C42C1A">
              <w:rPr>
                <w:rFonts w:cs="Times New Roman"/>
                <w:sz w:val="28"/>
                <w:szCs w:val="28"/>
                <w:lang w:val="ru-RU"/>
              </w:rPr>
              <w:t>сімей</w:t>
            </w:r>
            <w:proofErr w:type="gramEnd"/>
            <w:r w:rsidRPr="00C42C1A">
              <w:rPr>
                <w:rFonts w:cs="Times New Roman"/>
                <w:sz w:val="28"/>
                <w:szCs w:val="28"/>
                <w:lang w:val="ru-RU"/>
              </w:rPr>
              <w:t>, у яких існує ризик виникнення насильства</w:t>
            </w:r>
          </w:p>
        </w:tc>
        <w:tc>
          <w:tcPr>
            <w:tcW w:w="216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Постійно</w:t>
            </w:r>
          </w:p>
        </w:tc>
        <w:tc>
          <w:tcPr>
            <w:tcW w:w="2160" w:type="dxa"/>
          </w:tcPr>
          <w:p w:rsidR="00A073CD" w:rsidRPr="00C42C1A" w:rsidRDefault="008E208A" w:rsidP="00B120FC">
            <w:pPr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C42C1A">
              <w:rPr>
                <w:rFonts w:cs="Times New Roman"/>
                <w:sz w:val="28"/>
                <w:szCs w:val="28"/>
                <w:lang w:val="ru-RU"/>
              </w:rPr>
              <w:t xml:space="preserve">Служба </w:t>
            </w:r>
            <w:proofErr w:type="gramStart"/>
            <w:r w:rsidRPr="00C42C1A">
              <w:rPr>
                <w:rFonts w:cs="Times New Roman"/>
                <w:sz w:val="28"/>
                <w:szCs w:val="28"/>
                <w:lang w:val="ru-RU"/>
              </w:rPr>
              <w:t>у</w:t>
            </w:r>
            <w:proofErr w:type="gramEnd"/>
            <w:r w:rsidRPr="00C42C1A">
              <w:rPr>
                <w:rFonts w:cs="Times New Roman"/>
                <w:sz w:val="28"/>
                <w:szCs w:val="28"/>
                <w:lang w:val="ru-RU"/>
              </w:rPr>
              <w:t xml:space="preserve"> справах дітей, </w:t>
            </w:r>
            <w:r w:rsidR="00B120FC">
              <w:rPr>
                <w:rFonts w:cs="Times New Roman"/>
                <w:sz w:val="28"/>
                <w:szCs w:val="28"/>
                <w:lang w:val="ru-RU"/>
              </w:rPr>
              <w:t xml:space="preserve"> КУ «ЦНСП»</w:t>
            </w:r>
          </w:p>
        </w:tc>
      </w:tr>
      <w:tr w:rsidR="00A073CD" w:rsidRPr="00C42C1A" w:rsidTr="00B120FC">
        <w:trPr>
          <w:jc w:val="center"/>
        </w:trPr>
        <w:tc>
          <w:tcPr>
            <w:tcW w:w="498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43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C42C1A">
              <w:rPr>
                <w:rFonts w:cs="Times New Roman"/>
                <w:sz w:val="28"/>
                <w:szCs w:val="28"/>
                <w:lang w:val="ru-RU"/>
              </w:rPr>
              <w:t xml:space="preserve">Надання </w:t>
            </w:r>
            <w:proofErr w:type="gramStart"/>
            <w:r w:rsidRPr="00C42C1A">
              <w:rPr>
                <w:rFonts w:cs="Times New Roman"/>
                <w:sz w:val="28"/>
                <w:szCs w:val="28"/>
                <w:lang w:val="ru-RU"/>
              </w:rPr>
              <w:t>соц</w:t>
            </w:r>
            <w:proofErr w:type="gramEnd"/>
            <w:r w:rsidRPr="00C42C1A">
              <w:rPr>
                <w:rFonts w:cs="Times New Roman"/>
                <w:sz w:val="28"/>
                <w:szCs w:val="28"/>
                <w:lang w:val="ru-RU"/>
              </w:rPr>
              <w:t>іальних послуг постраждалим особам</w:t>
            </w:r>
          </w:p>
        </w:tc>
        <w:tc>
          <w:tcPr>
            <w:tcW w:w="216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За потреби</w:t>
            </w:r>
          </w:p>
        </w:tc>
        <w:tc>
          <w:tcPr>
            <w:tcW w:w="2160" w:type="dxa"/>
          </w:tcPr>
          <w:p w:rsidR="00A073CD" w:rsidRPr="00B120FC" w:rsidRDefault="00B120FC" w:rsidP="00C42C1A">
            <w:pPr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>
              <w:rPr>
                <w:rFonts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val="ru-RU"/>
              </w:rPr>
              <w:t>КУ «ЦНСП»</w:t>
            </w:r>
          </w:p>
        </w:tc>
      </w:tr>
      <w:tr w:rsidR="00A073CD" w:rsidRPr="00C42C1A" w:rsidTr="00B120FC">
        <w:trPr>
          <w:jc w:val="center"/>
        </w:trPr>
        <w:tc>
          <w:tcPr>
            <w:tcW w:w="498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443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C42C1A">
              <w:rPr>
                <w:rFonts w:cs="Times New Roman"/>
                <w:sz w:val="28"/>
                <w:szCs w:val="28"/>
                <w:lang w:val="ru-RU"/>
              </w:rPr>
              <w:t>Сприяння отриманню психологічної та правової допомоги</w:t>
            </w:r>
          </w:p>
        </w:tc>
        <w:tc>
          <w:tcPr>
            <w:tcW w:w="216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За потреби</w:t>
            </w:r>
          </w:p>
        </w:tc>
        <w:tc>
          <w:tcPr>
            <w:tcW w:w="216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Відповідні служби та установи</w:t>
            </w:r>
          </w:p>
        </w:tc>
      </w:tr>
      <w:tr w:rsidR="00A073CD" w:rsidRPr="00C42C1A" w:rsidTr="00B120FC">
        <w:trPr>
          <w:jc w:val="center"/>
        </w:trPr>
        <w:tc>
          <w:tcPr>
            <w:tcW w:w="498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443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C42C1A">
              <w:rPr>
                <w:rFonts w:cs="Times New Roman"/>
                <w:sz w:val="28"/>
                <w:szCs w:val="28"/>
                <w:lang w:val="ru-RU"/>
              </w:rPr>
              <w:t xml:space="preserve">Перенаправлення постраждалих осіб </w:t>
            </w:r>
            <w:proofErr w:type="gramStart"/>
            <w:r w:rsidRPr="00C42C1A">
              <w:rPr>
                <w:rFonts w:cs="Times New Roman"/>
                <w:sz w:val="28"/>
                <w:szCs w:val="28"/>
                <w:lang w:val="ru-RU"/>
              </w:rPr>
              <w:t>до</w:t>
            </w:r>
            <w:proofErr w:type="gramEnd"/>
            <w:r w:rsidRPr="00C42C1A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42C1A">
              <w:rPr>
                <w:rFonts w:cs="Times New Roman"/>
                <w:sz w:val="28"/>
                <w:szCs w:val="28"/>
                <w:lang w:val="ru-RU"/>
              </w:rPr>
              <w:t>спец</w:t>
            </w:r>
            <w:proofErr w:type="gramEnd"/>
            <w:r w:rsidRPr="00C42C1A">
              <w:rPr>
                <w:rFonts w:cs="Times New Roman"/>
                <w:sz w:val="28"/>
                <w:szCs w:val="28"/>
                <w:lang w:val="ru-RU"/>
              </w:rPr>
              <w:t>іалізованих служб</w:t>
            </w:r>
          </w:p>
        </w:tc>
        <w:tc>
          <w:tcPr>
            <w:tcW w:w="216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За потреби</w:t>
            </w:r>
          </w:p>
        </w:tc>
        <w:tc>
          <w:tcPr>
            <w:tcW w:w="216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Відповідальні суб’єкти</w:t>
            </w:r>
          </w:p>
        </w:tc>
      </w:tr>
      <w:tr w:rsidR="00A073CD" w:rsidRPr="00C42C1A" w:rsidTr="00B120FC">
        <w:trPr>
          <w:jc w:val="center"/>
        </w:trPr>
        <w:tc>
          <w:tcPr>
            <w:tcW w:w="498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443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C42C1A">
              <w:rPr>
                <w:rFonts w:cs="Times New Roman"/>
                <w:sz w:val="28"/>
                <w:szCs w:val="28"/>
                <w:lang w:val="ru-RU"/>
              </w:rPr>
              <w:t>Взаємодія з органами Національної поліції щодо випадків насильства</w:t>
            </w:r>
          </w:p>
        </w:tc>
        <w:tc>
          <w:tcPr>
            <w:tcW w:w="216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Постійно</w:t>
            </w:r>
          </w:p>
        </w:tc>
        <w:tc>
          <w:tcPr>
            <w:tcW w:w="216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Василівська МВА, Національна поліція</w:t>
            </w:r>
          </w:p>
        </w:tc>
      </w:tr>
      <w:tr w:rsidR="00A073CD" w:rsidRPr="00C42C1A" w:rsidTr="00B120FC">
        <w:trPr>
          <w:jc w:val="center"/>
        </w:trPr>
        <w:tc>
          <w:tcPr>
            <w:tcW w:w="498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443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C42C1A">
              <w:rPr>
                <w:rFonts w:cs="Times New Roman"/>
                <w:sz w:val="28"/>
                <w:szCs w:val="28"/>
                <w:lang w:val="ru-RU"/>
              </w:rPr>
              <w:t>Сприяння направленню кривдників на відповідні програми</w:t>
            </w:r>
          </w:p>
        </w:tc>
        <w:tc>
          <w:tcPr>
            <w:tcW w:w="216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За потреби</w:t>
            </w:r>
          </w:p>
        </w:tc>
        <w:tc>
          <w:tcPr>
            <w:tcW w:w="216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Відповідні суб’єкти</w:t>
            </w:r>
          </w:p>
        </w:tc>
      </w:tr>
      <w:tr w:rsidR="00A073CD" w:rsidRPr="00C42C1A" w:rsidTr="00B120FC">
        <w:trPr>
          <w:jc w:val="center"/>
        </w:trPr>
        <w:tc>
          <w:tcPr>
            <w:tcW w:w="498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443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C42C1A">
              <w:rPr>
                <w:rFonts w:cs="Times New Roman"/>
                <w:sz w:val="28"/>
                <w:szCs w:val="28"/>
                <w:lang w:val="ru-RU"/>
              </w:rPr>
              <w:t>Проведення навчань та інформаційних заході</w:t>
            </w:r>
            <w:proofErr w:type="gramStart"/>
            <w:r w:rsidRPr="00C42C1A">
              <w:rPr>
                <w:rFonts w:cs="Times New Roman"/>
                <w:sz w:val="28"/>
                <w:szCs w:val="28"/>
                <w:lang w:val="ru-RU"/>
              </w:rPr>
              <w:t>в</w:t>
            </w:r>
            <w:proofErr w:type="gramEnd"/>
            <w:r w:rsidRPr="00C42C1A">
              <w:rPr>
                <w:rFonts w:cs="Times New Roman"/>
                <w:sz w:val="28"/>
                <w:szCs w:val="28"/>
                <w:lang w:val="ru-RU"/>
              </w:rPr>
              <w:t xml:space="preserve"> для працівників</w:t>
            </w:r>
          </w:p>
        </w:tc>
        <w:tc>
          <w:tcPr>
            <w:tcW w:w="216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2026–2028</w:t>
            </w:r>
          </w:p>
        </w:tc>
        <w:tc>
          <w:tcPr>
            <w:tcW w:w="216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Василівська МВА, партнери</w:t>
            </w:r>
          </w:p>
        </w:tc>
      </w:tr>
      <w:tr w:rsidR="00A073CD" w:rsidRPr="00C42C1A" w:rsidTr="00B120FC">
        <w:trPr>
          <w:jc w:val="center"/>
        </w:trPr>
        <w:tc>
          <w:tcPr>
            <w:tcW w:w="498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443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C42C1A">
              <w:rPr>
                <w:rFonts w:cs="Times New Roman"/>
                <w:sz w:val="28"/>
                <w:szCs w:val="28"/>
                <w:lang w:val="ru-RU"/>
              </w:rPr>
              <w:t xml:space="preserve">Залучення громадських та благодійних організацій до </w:t>
            </w:r>
            <w:proofErr w:type="gramStart"/>
            <w:r w:rsidRPr="00C42C1A">
              <w:rPr>
                <w:rFonts w:cs="Times New Roman"/>
                <w:sz w:val="28"/>
                <w:szCs w:val="28"/>
                <w:lang w:val="ru-RU"/>
              </w:rPr>
              <w:t>проф</w:t>
            </w:r>
            <w:proofErr w:type="gramEnd"/>
            <w:r w:rsidRPr="00C42C1A">
              <w:rPr>
                <w:rFonts w:cs="Times New Roman"/>
                <w:sz w:val="28"/>
                <w:szCs w:val="28"/>
                <w:lang w:val="ru-RU"/>
              </w:rPr>
              <w:t>ілактичної роботи</w:t>
            </w:r>
          </w:p>
        </w:tc>
        <w:tc>
          <w:tcPr>
            <w:tcW w:w="216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2026–2028</w:t>
            </w:r>
          </w:p>
        </w:tc>
        <w:tc>
          <w:tcPr>
            <w:tcW w:w="216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Василівська МВА</w:t>
            </w:r>
          </w:p>
        </w:tc>
      </w:tr>
      <w:tr w:rsidR="00A073CD" w:rsidRPr="00C42C1A" w:rsidTr="00B120FC">
        <w:trPr>
          <w:jc w:val="center"/>
        </w:trPr>
        <w:tc>
          <w:tcPr>
            <w:tcW w:w="498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443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C42C1A">
              <w:rPr>
                <w:rFonts w:cs="Times New Roman"/>
                <w:sz w:val="28"/>
                <w:szCs w:val="28"/>
                <w:lang w:val="ru-RU"/>
              </w:rPr>
              <w:t>Проведення моніторингу стану реалізації заходів Програми</w:t>
            </w:r>
          </w:p>
        </w:tc>
        <w:tc>
          <w:tcPr>
            <w:tcW w:w="216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Щороку</w:t>
            </w:r>
          </w:p>
        </w:tc>
        <w:tc>
          <w:tcPr>
            <w:tcW w:w="2160" w:type="dxa"/>
          </w:tcPr>
          <w:p w:rsidR="00A073CD" w:rsidRPr="00C42C1A" w:rsidRDefault="008E208A" w:rsidP="00C42C1A">
            <w:pPr>
              <w:jc w:val="both"/>
              <w:rPr>
                <w:rFonts w:cs="Times New Roman"/>
                <w:sz w:val="28"/>
                <w:szCs w:val="28"/>
              </w:rPr>
            </w:pPr>
            <w:r w:rsidRPr="00C42C1A">
              <w:rPr>
                <w:rFonts w:cs="Times New Roman"/>
                <w:sz w:val="28"/>
                <w:szCs w:val="28"/>
              </w:rPr>
              <w:t>Василівська МВА</w:t>
            </w:r>
          </w:p>
        </w:tc>
      </w:tr>
    </w:tbl>
    <w:p w:rsidR="00A073CD" w:rsidRPr="00C42C1A" w:rsidRDefault="008E208A" w:rsidP="00B120FC">
      <w:pPr>
        <w:spacing w:before="160" w:after="80"/>
        <w:jc w:val="center"/>
        <w:rPr>
          <w:rFonts w:cs="Times New Roman"/>
          <w:sz w:val="28"/>
          <w:szCs w:val="28"/>
        </w:rPr>
      </w:pPr>
      <w:r w:rsidRPr="00C42C1A">
        <w:rPr>
          <w:rFonts w:cs="Times New Roman"/>
          <w:b/>
          <w:sz w:val="28"/>
          <w:szCs w:val="28"/>
        </w:rPr>
        <w:t>9. ФІНАНСОВЕ ЗАБЕЗПЕЧЕННЯ ПРОГРАМИ</w:t>
      </w:r>
    </w:p>
    <w:p w:rsidR="00A073CD" w:rsidRPr="00C42C1A" w:rsidRDefault="008E208A" w:rsidP="00B120FC">
      <w:pPr>
        <w:spacing w:after="0" w:line="240" w:lineRule="auto"/>
        <w:ind w:firstLine="720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t>Програма не потребує фінансування з бюджету Василівської міської територіальної громади.</w:t>
      </w:r>
    </w:p>
    <w:p w:rsidR="00A073CD" w:rsidRPr="00C42C1A" w:rsidRDefault="008E208A" w:rsidP="00B120FC">
      <w:pPr>
        <w:spacing w:after="0" w:line="240" w:lineRule="auto"/>
        <w:ind w:firstLine="720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t xml:space="preserve">Заходи Програми здійснюються в межах повноважень та функціональних обов’язків </w:t>
      </w:r>
      <w:proofErr w:type="gramStart"/>
      <w:r w:rsidRPr="00C42C1A">
        <w:rPr>
          <w:rFonts w:cs="Times New Roman"/>
          <w:sz w:val="28"/>
          <w:szCs w:val="28"/>
          <w:lang w:val="ru-RU"/>
        </w:rPr>
        <w:t>в</w:t>
      </w:r>
      <w:proofErr w:type="gramEnd"/>
      <w:r w:rsidRPr="00C42C1A">
        <w:rPr>
          <w:rFonts w:cs="Times New Roman"/>
          <w:sz w:val="28"/>
          <w:szCs w:val="28"/>
          <w:lang w:val="ru-RU"/>
        </w:rPr>
        <w:t>ідповідальних виконавців, без додаткових фінансових витрат, із використанням наявних організаційних, кадрових та інформаційних ресурсів.</w:t>
      </w:r>
    </w:p>
    <w:p w:rsidR="00A073CD" w:rsidRPr="00C42C1A" w:rsidRDefault="008E208A" w:rsidP="00B120FC">
      <w:pPr>
        <w:spacing w:after="0" w:line="240" w:lineRule="auto"/>
        <w:ind w:firstLine="720"/>
        <w:jc w:val="both"/>
        <w:rPr>
          <w:rFonts w:cs="Times New Roman"/>
          <w:sz w:val="28"/>
          <w:szCs w:val="28"/>
          <w:lang w:val="ru-RU"/>
        </w:rPr>
      </w:pPr>
      <w:proofErr w:type="gramStart"/>
      <w:r w:rsidRPr="00C42C1A">
        <w:rPr>
          <w:rFonts w:cs="Times New Roman"/>
          <w:sz w:val="28"/>
          <w:szCs w:val="28"/>
          <w:lang w:val="ru-RU"/>
        </w:rPr>
        <w:t>У</w:t>
      </w:r>
      <w:proofErr w:type="gramEnd"/>
      <w:r w:rsidRPr="00C42C1A">
        <w:rPr>
          <w:rFonts w:cs="Times New Roman"/>
          <w:sz w:val="28"/>
          <w:szCs w:val="28"/>
          <w:lang w:val="ru-RU"/>
        </w:rPr>
        <w:t xml:space="preserve"> разі залучення до реалізації Програми громадських, благодійних та міжнародних організацій відповідні заходи можуть здійснюватися ними в межах власних ресурсів та відповідно до законодавства України.</w:t>
      </w:r>
    </w:p>
    <w:p w:rsidR="00A073CD" w:rsidRPr="00C42C1A" w:rsidRDefault="008E208A" w:rsidP="00B120FC">
      <w:pPr>
        <w:spacing w:before="160" w:after="80"/>
        <w:jc w:val="center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b/>
          <w:sz w:val="28"/>
          <w:szCs w:val="28"/>
          <w:lang w:val="ru-RU"/>
        </w:rPr>
        <w:t>10. ОЧІКУВАНІ РЕЗУЛЬТАТИ</w:t>
      </w:r>
    </w:p>
    <w:p w:rsidR="00A073CD" w:rsidRPr="00C42C1A" w:rsidRDefault="008E208A" w:rsidP="00B120FC">
      <w:pPr>
        <w:spacing w:after="0" w:line="240" w:lineRule="auto"/>
        <w:ind w:firstLine="720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t xml:space="preserve">Реалізація Програми сприятиме: </w:t>
      </w:r>
      <w:proofErr w:type="gramStart"/>
      <w:r w:rsidRPr="00C42C1A">
        <w:rPr>
          <w:rFonts w:cs="Times New Roman"/>
          <w:sz w:val="28"/>
          <w:szCs w:val="28"/>
          <w:lang w:val="ru-RU"/>
        </w:rPr>
        <w:t>п</w:t>
      </w:r>
      <w:proofErr w:type="gramEnd"/>
      <w:r w:rsidRPr="00C42C1A">
        <w:rPr>
          <w:rFonts w:cs="Times New Roman"/>
          <w:sz w:val="28"/>
          <w:szCs w:val="28"/>
          <w:lang w:val="ru-RU"/>
        </w:rPr>
        <w:t xml:space="preserve">ідвищенню рівня обізнаності населення щодо проблеми насильства; формуванню нетерпимого ставлення до насильства; підвищенню рівня правової обізнаності населення; своєчасному виявленню випадків насильства; покращенню взаємодії між суб’єктами; забезпеченню доступу постраждалих осіб до необхідної допомоги; посиленню захисту дітей; </w:t>
      </w:r>
      <w:proofErr w:type="gramStart"/>
      <w:r w:rsidRPr="00C42C1A">
        <w:rPr>
          <w:rFonts w:cs="Times New Roman"/>
          <w:sz w:val="28"/>
          <w:szCs w:val="28"/>
          <w:lang w:val="ru-RU"/>
        </w:rPr>
        <w:t>п</w:t>
      </w:r>
      <w:proofErr w:type="gramEnd"/>
      <w:r w:rsidRPr="00C42C1A">
        <w:rPr>
          <w:rFonts w:cs="Times New Roman"/>
          <w:sz w:val="28"/>
          <w:szCs w:val="28"/>
          <w:lang w:val="ru-RU"/>
        </w:rPr>
        <w:t>ідвищенню ефективності профілактичної роботи; зменшенню ризику повторного вчинення насильства; забезпеченню доступності допомоги мешканцям громади, які перебувають за межами громади.</w:t>
      </w:r>
    </w:p>
    <w:p w:rsidR="00A073CD" w:rsidRPr="00C42C1A" w:rsidRDefault="008E208A" w:rsidP="00A65BC3">
      <w:pPr>
        <w:spacing w:before="160" w:after="80"/>
        <w:jc w:val="center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b/>
          <w:sz w:val="28"/>
          <w:szCs w:val="28"/>
          <w:lang w:val="ru-RU"/>
        </w:rPr>
        <w:lastRenderedPageBreak/>
        <w:t>11. ПОКАЗНИКИ РЕЗУЛЬТАТИВНОСТІ</w:t>
      </w:r>
    </w:p>
    <w:p w:rsidR="00A073CD" w:rsidRPr="00C42C1A" w:rsidRDefault="008E208A" w:rsidP="00A65BC3">
      <w:pPr>
        <w:spacing w:after="0" w:line="240" w:lineRule="auto"/>
        <w:ind w:firstLine="720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t xml:space="preserve">Основними показниками результативності виконання Програми є: кількість проведених інформаційно-просвітницьких заходів; кількість розміщених інформаційних матеріалів; кількість проведених </w:t>
      </w:r>
      <w:proofErr w:type="gramStart"/>
      <w:r w:rsidRPr="00C42C1A">
        <w:rPr>
          <w:rFonts w:cs="Times New Roman"/>
          <w:sz w:val="28"/>
          <w:szCs w:val="28"/>
          <w:lang w:val="ru-RU"/>
        </w:rPr>
        <w:t>проф</w:t>
      </w:r>
      <w:proofErr w:type="gramEnd"/>
      <w:r w:rsidRPr="00C42C1A">
        <w:rPr>
          <w:rFonts w:cs="Times New Roman"/>
          <w:sz w:val="28"/>
          <w:szCs w:val="28"/>
          <w:lang w:val="ru-RU"/>
        </w:rPr>
        <w:t xml:space="preserve">ілактичних заходів серед дітей; кількість осіб, охоплених інформаційно-просвітницькою роботою; кількість звернень постраждалих осіб; кількість постраждалих осіб, яким надано допомогу; кількість сімей, охоплених </w:t>
      </w:r>
      <w:proofErr w:type="gramStart"/>
      <w:r w:rsidRPr="00C42C1A">
        <w:rPr>
          <w:rFonts w:cs="Times New Roman"/>
          <w:sz w:val="28"/>
          <w:szCs w:val="28"/>
          <w:lang w:val="ru-RU"/>
        </w:rPr>
        <w:t>соц</w:t>
      </w:r>
      <w:proofErr w:type="gramEnd"/>
      <w:r w:rsidRPr="00C42C1A">
        <w:rPr>
          <w:rFonts w:cs="Times New Roman"/>
          <w:sz w:val="28"/>
          <w:szCs w:val="28"/>
          <w:lang w:val="ru-RU"/>
        </w:rPr>
        <w:t>іальною підтримкою; кількість випадків направлення до відповідних служб та установ; кількість проведених міжвідомчих заходів; кількість залучених громадських та благодійних організацій.</w:t>
      </w:r>
    </w:p>
    <w:p w:rsidR="00A073CD" w:rsidRPr="00C42C1A" w:rsidRDefault="008E208A" w:rsidP="00A65BC3">
      <w:pPr>
        <w:spacing w:before="160" w:after="80"/>
        <w:jc w:val="center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b/>
          <w:sz w:val="28"/>
          <w:szCs w:val="28"/>
          <w:lang w:val="ru-RU"/>
        </w:rPr>
        <w:t>12. МОНІТОРИНГ ТА КОНТРОЛЬ</w:t>
      </w:r>
    </w:p>
    <w:p w:rsidR="00A073CD" w:rsidRPr="00C42C1A" w:rsidRDefault="008E208A" w:rsidP="00A65BC3">
      <w:pPr>
        <w:spacing w:after="0" w:line="240" w:lineRule="auto"/>
        <w:ind w:firstLine="720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t xml:space="preserve">Координацію виконання Програми здійснює Василівська міська військова </w:t>
      </w:r>
      <w:proofErr w:type="gramStart"/>
      <w:r w:rsidRPr="00C42C1A">
        <w:rPr>
          <w:rFonts w:cs="Times New Roman"/>
          <w:sz w:val="28"/>
          <w:szCs w:val="28"/>
          <w:lang w:val="ru-RU"/>
        </w:rPr>
        <w:t>адм</w:t>
      </w:r>
      <w:proofErr w:type="gramEnd"/>
      <w:r w:rsidRPr="00C42C1A">
        <w:rPr>
          <w:rFonts w:cs="Times New Roman"/>
          <w:sz w:val="28"/>
          <w:szCs w:val="28"/>
          <w:lang w:val="ru-RU"/>
        </w:rPr>
        <w:t>іністрація.</w:t>
      </w:r>
    </w:p>
    <w:p w:rsidR="00A073CD" w:rsidRPr="00C42C1A" w:rsidRDefault="008E208A" w:rsidP="00A65BC3">
      <w:pPr>
        <w:spacing w:after="0" w:line="240" w:lineRule="auto"/>
        <w:ind w:firstLine="720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t xml:space="preserve">Відповідальні виконавці забезпечують виконання передбачених Програмою заходів </w:t>
      </w:r>
      <w:proofErr w:type="gramStart"/>
      <w:r w:rsidRPr="00C42C1A">
        <w:rPr>
          <w:rFonts w:cs="Times New Roman"/>
          <w:sz w:val="28"/>
          <w:szCs w:val="28"/>
          <w:lang w:val="ru-RU"/>
        </w:rPr>
        <w:t>у</w:t>
      </w:r>
      <w:proofErr w:type="gramEnd"/>
      <w:r w:rsidRPr="00C42C1A">
        <w:rPr>
          <w:rFonts w:cs="Times New Roman"/>
          <w:sz w:val="28"/>
          <w:szCs w:val="28"/>
          <w:lang w:val="ru-RU"/>
        </w:rPr>
        <w:t xml:space="preserve"> межах своїх повноважень.</w:t>
      </w:r>
    </w:p>
    <w:p w:rsidR="00A073CD" w:rsidRPr="00C42C1A" w:rsidRDefault="008E208A" w:rsidP="00A65BC3">
      <w:pPr>
        <w:spacing w:after="0" w:line="240" w:lineRule="auto"/>
        <w:ind w:firstLine="720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t xml:space="preserve">Моніторинг виконання Програми проводиться щороку шляхом узагальнення інформації про </w:t>
      </w:r>
      <w:proofErr w:type="gramStart"/>
      <w:r w:rsidRPr="00C42C1A">
        <w:rPr>
          <w:rFonts w:cs="Times New Roman"/>
          <w:sz w:val="28"/>
          <w:szCs w:val="28"/>
          <w:lang w:val="ru-RU"/>
        </w:rPr>
        <w:t>проведен</w:t>
      </w:r>
      <w:proofErr w:type="gramEnd"/>
      <w:r w:rsidRPr="00C42C1A">
        <w:rPr>
          <w:rFonts w:cs="Times New Roman"/>
          <w:sz w:val="28"/>
          <w:szCs w:val="28"/>
          <w:lang w:val="ru-RU"/>
        </w:rPr>
        <w:t>і заходи та досягнуті результати.</w:t>
      </w:r>
    </w:p>
    <w:p w:rsidR="00A073CD" w:rsidRPr="00C42C1A" w:rsidRDefault="008E208A" w:rsidP="00A65BC3">
      <w:pPr>
        <w:spacing w:after="0" w:line="240" w:lineRule="auto"/>
        <w:ind w:firstLine="720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t xml:space="preserve">За результатами моніторингу, </w:t>
      </w:r>
      <w:proofErr w:type="gramStart"/>
      <w:r w:rsidRPr="00C42C1A">
        <w:rPr>
          <w:rFonts w:cs="Times New Roman"/>
          <w:sz w:val="28"/>
          <w:szCs w:val="28"/>
          <w:lang w:val="ru-RU"/>
        </w:rPr>
        <w:t>у</w:t>
      </w:r>
      <w:proofErr w:type="gramEnd"/>
      <w:r w:rsidRPr="00C42C1A">
        <w:rPr>
          <w:rFonts w:cs="Times New Roman"/>
          <w:sz w:val="28"/>
          <w:szCs w:val="28"/>
          <w:lang w:val="ru-RU"/>
        </w:rPr>
        <w:t xml:space="preserve"> разі необхідності, можуть вноситися пропозиції щодо удосконалення заходів Програми.</w:t>
      </w:r>
    </w:p>
    <w:p w:rsidR="00A073CD" w:rsidRDefault="008E208A" w:rsidP="00A65BC3">
      <w:pPr>
        <w:spacing w:after="0" w:line="240" w:lineRule="auto"/>
        <w:ind w:firstLine="720"/>
        <w:jc w:val="both"/>
        <w:rPr>
          <w:rFonts w:cs="Times New Roman"/>
          <w:sz w:val="28"/>
          <w:szCs w:val="28"/>
          <w:lang w:val="ru-RU"/>
        </w:rPr>
      </w:pPr>
      <w:r w:rsidRPr="00C42C1A">
        <w:rPr>
          <w:rFonts w:cs="Times New Roman"/>
          <w:sz w:val="28"/>
          <w:szCs w:val="28"/>
          <w:lang w:val="ru-RU"/>
        </w:rPr>
        <w:t xml:space="preserve">Контроль за виконанням Програми здійснюється відповідно до повноважень начальником Василівської міської військової </w:t>
      </w:r>
      <w:proofErr w:type="gramStart"/>
      <w:r w:rsidRPr="00C42C1A">
        <w:rPr>
          <w:rFonts w:cs="Times New Roman"/>
          <w:sz w:val="28"/>
          <w:szCs w:val="28"/>
          <w:lang w:val="ru-RU"/>
        </w:rPr>
        <w:t>адм</w:t>
      </w:r>
      <w:proofErr w:type="gramEnd"/>
      <w:r w:rsidRPr="00C42C1A">
        <w:rPr>
          <w:rFonts w:cs="Times New Roman"/>
          <w:sz w:val="28"/>
          <w:szCs w:val="28"/>
          <w:lang w:val="ru-RU"/>
        </w:rPr>
        <w:t>іністрації.</w:t>
      </w:r>
    </w:p>
    <w:p w:rsidR="00A70D08" w:rsidRDefault="00A70D08" w:rsidP="00A70D08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:rsidR="00A70D08" w:rsidRDefault="00A70D08" w:rsidP="00A70D08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</w:p>
    <w:p w:rsidR="00A70D08" w:rsidRDefault="00A70D08" w:rsidP="00A70D08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Начальник відділу </w:t>
      </w:r>
      <w:proofErr w:type="gramStart"/>
      <w:r>
        <w:rPr>
          <w:rFonts w:cs="Times New Roman"/>
          <w:sz w:val="28"/>
          <w:szCs w:val="28"/>
          <w:lang w:val="ru-RU"/>
        </w:rPr>
        <w:t>соц</w:t>
      </w:r>
      <w:proofErr w:type="gramEnd"/>
      <w:r>
        <w:rPr>
          <w:rFonts w:cs="Times New Roman"/>
          <w:sz w:val="28"/>
          <w:szCs w:val="28"/>
          <w:lang w:val="ru-RU"/>
        </w:rPr>
        <w:t>іального</w:t>
      </w:r>
    </w:p>
    <w:p w:rsidR="00A70D08" w:rsidRDefault="00A70D08" w:rsidP="00A70D08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захисту та гуманітарної політики</w:t>
      </w:r>
    </w:p>
    <w:p w:rsidR="00A70D08" w:rsidRPr="00C42C1A" w:rsidRDefault="00A70D08" w:rsidP="00A70D08">
      <w:pPr>
        <w:spacing w:after="0" w:line="240" w:lineRule="auto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міської військової </w:t>
      </w:r>
      <w:proofErr w:type="gramStart"/>
      <w:r>
        <w:rPr>
          <w:rFonts w:cs="Times New Roman"/>
          <w:sz w:val="28"/>
          <w:szCs w:val="28"/>
          <w:lang w:val="ru-RU"/>
        </w:rPr>
        <w:t>адм</w:t>
      </w:r>
      <w:proofErr w:type="gramEnd"/>
      <w:r>
        <w:rPr>
          <w:rFonts w:cs="Times New Roman"/>
          <w:sz w:val="28"/>
          <w:szCs w:val="28"/>
          <w:lang w:val="ru-RU"/>
        </w:rPr>
        <w:t>іністрації                                         Анжела МАРЧИШИНА</w:t>
      </w:r>
    </w:p>
    <w:sectPr w:rsidR="00A70D08" w:rsidRPr="00C42C1A" w:rsidSect="00A70D08">
      <w:pgSz w:w="12240" w:h="15840"/>
      <w:pgMar w:top="851" w:right="758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19967A1"/>
    <w:multiLevelType w:val="hybridMultilevel"/>
    <w:tmpl w:val="6D76D86E"/>
    <w:lvl w:ilvl="0" w:tplc="84AC52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495328"/>
    <w:multiLevelType w:val="multilevel"/>
    <w:tmpl w:val="F9749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E401AD"/>
    <w:multiLevelType w:val="multilevel"/>
    <w:tmpl w:val="17B006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60" w:hanging="1260"/>
      </w:pPr>
    </w:lvl>
    <w:lvl w:ilvl="2">
      <w:start w:val="1"/>
      <w:numFmt w:val="decimal"/>
      <w:isLgl/>
      <w:lvlText w:val="%1.%2.%3."/>
      <w:lvlJc w:val="left"/>
      <w:pPr>
        <w:ind w:left="2034" w:hanging="1260"/>
      </w:pPr>
    </w:lvl>
    <w:lvl w:ilvl="3">
      <w:start w:val="1"/>
      <w:numFmt w:val="decimal"/>
      <w:isLgl/>
      <w:lvlText w:val="%1.%2.%3.%4."/>
      <w:lvlJc w:val="left"/>
      <w:pPr>
        <w:ind w:left="2241" w:hanging="1260"/>
      </w:pPr>
    </w:lvl>
    <w:lvl w:ilvl="4">
      <w:start w:val="1"/>
      <w:numFmt w:val="decimal"/>
      <w:isLgl/>
      <w:lvlText w:val="%1.%2.%3.%4.%5."/>
      <w:lvlJc w:val="left"/>
      <w:pPr>
        <w:ind w:left="2448" w:hanging="1260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87707"/>
    <w:rsid w:val="0015074B"/>
    <w:rsid w:val="0029639D"/>
    <w:rsid w:val="00326F90"/>
    <w:rsid w:val="005F6CDB"/>
    <w:rsid w:val="006B7C52"/>
    <w:rsid w:val="008E208A"/>
    <w:rsid w:val="009047FA"/>
    <w:rsid w:val="009E7F1F"/>
    <w:rsid w:val="00A073CD"/>
    <w:rsid w:val="00A60A3B"/>
    <w:rsid w:val="00A65BC3"/>
    <w:rsid w:val="00A70D08"/>
    <w:rsid w:val="00AA1D8D"/>
    <w:rsid w:val="00B120FC"/>
    <w:rsid w:val="00B47730"/>
    <w:rsid w:val="00C42C1A"/>
    <w:rsid w:val="00CB0664"/>
    <w:rsid w:val="00CE0D7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1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unhideWhenUsed/>
    <w:rsid w:val="006B7C5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1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unhideWhenUsed/>
    <w:rsid w:val="006B7C5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&#1044;&#1048;&#1057;&#1050;%20D\&#1052;&#1040;&#1051;&#1054;&#1041;&#1030;&#1051;&#1054;&#1047;&#1045;&#1056;&#1057;&#1068;&#1050;&#1040;%20&#1057;&#1030;&#1051;&#1068;&#1057;&#1068;&#1050;&#1040;%20&#1056;&#1040;&#1044;&#1040;\Users\nmatveeva\AppData\Roaming\Liga70\Client\Session\kp111242_img_001.gif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BC410F-6AD7-4347-990A-94FE85AFD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8</Pages>
  <Words>2042</Words>
  <Characters>11641</Characters>
  <Application>Microsoft Office Word</Application>
  <DocSecurity>0</DocSecurity>
  <Lines>97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13656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7</cp:revision>
  <dcterms:created xsi:type="dcterms:W3CDTF">2013-12-23T23:15:00Z</dcterms:created>
  <dcterms:modified xsi:type="dcterms:W3CDTF">2026-09-07T10:56:00Z</dcterms:modified>
  <cp:category/>
</cp:coreProperties>
</file>